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Yu Gothic" w:hAnsi="Yu Gothic" w:eastAsia="Yu Gothic"/>
          <w:b/>
          <w:color w:val="1E3A5F"/>
          <w:sz w:val="44"/>
        </w:rPr>
        <w:t>電池</w:t>
      </w:r>
    </w:p>
    <w:p>
      <w:pPr>
        <w:spacing w:before="0" w:after="80"/>
        <w:pBdr>
          <w:bottom w:val="single" w:sz="12" w:space="1" w:color="1E3A5F"/>
        </w:pBdr>
      </w:pPr>
      <w:r>
        <w:rPr>
          <w:rFonts w:ascii="Yu Gothic" w:hAnsi="Yu Gothic" w:eastAsia="Yu Gothic"/>
          <w:b w:val="0"/>
          <w:color w:val="1A1A1A"/>
          <w:sz w:val="22"/>
        </w:rPr>
        <w:t>問題演習 解説　｜　問題演習 解説 — 電池の原理・ダニエル電池・電気量</w:t>
      </w:r>
    </w:p>
    <w:p>
      <w:pPr>
        <w:spacing w:after="80"/>
      </w:pPr>
    </w:p>
    <w:p>
      <w:pPr>
        <w:spacing w:after="200" w:line="336" w:lineRule="auto"/>
      </w:pPr>
      <w:r>
        <w:rPr>
          <w:rFonts w:ascii="Yu Mincho" w:hAnsi="Yu Mincho" w:eastAsia="Yu Mincho"/>
          <w:b w:val="0"/>
          <w:sz w:val="21"/>
        </w:rPr>
        <w:t>ファラデー定数 F＝9.65×10</w:t>
      </w:r>
      <w:r>
        <w:rPr>
          <w:rFonts w:ascii="Yu Mincho" w:hAnsi="Yu Mincho" w:eastAsia="Yu Mincho"/>
          <w:b w:val="0"/>
          <w:sz w:val="21"/>
          <w:vertAlign w:val="superscript"/>
        </w:rPr>
        <w:t>4</w:t>
      </w:r>
      <w:r>
        <w:rPr>
          <w:rFonts w:ascii="Yu Mincho" w:hAnsi="Yu Mincho" w:eastAsia="Yu Mincho"/>
          <w:b w:val="0"/>
          <w:sz w:val="21"/>
        </w:rPr>
        <w:t xml:space="preserve"> C/mol　／　原子量：Zn=65, Cu=64</w:t>
      </w:r>
    </w:p>
    <w:p>
      <w:pPr>
        <w:spacing w:before="40" w:after="160"/>
        <w:pBdr>
          <w:bottom w:val="single" w:sz="6" w:space="1" w:color="1E3A5F"/>
        </w:pBdr>
      </w:pPr>
      <w:r>
        <w:rPr>
          <w:rFonts w:ascii="Yu Gothic" w:hAnsi="Yu Gothic" w:eastAsia="Yu Gothic"/>
          <w:b/>
          <w:color w:val="1E3A5F"/>
          <w:sz w:val="30"/>
        </w:rPr>
        <w:t xml:space="preserve">問1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ダニエル電池（亜鉛 Zn と銅 Cu の電極、硫酸亜鉛・硫酸銅(II)水溶液）について、次の問いに答えよ。</w:t>
      </w:r>
    </w:p>
    <w:p>
      <w:pPr>
        <w:spacing w:before="40" w:after="80" w:line="360" w:lineRule="auto"/>
        <w:ind w:left="227"/>
      </w:pPr>
      <w:r>
        <w:rPr>
          <w:rFonts w:ascii="Yu Mincho" w:hAnsi="Yu Mincho" w:eastAsia="Yu Mincho"/>
          <w:b w:val="0"/>
          <w:sz w:val="21"/>
        </w:rPr>
        <w:t>(1) 負極・正極になるのはどちらの金属か、それぞれ答えよ。</w:t>
      </w:r>
    </w:p>
    <w:p>
      <w:pPr>
        <w:spacing w:before="40" w:after="80" w:line="360" w:lineRule="auto"/>
        <w:ind w:left="227"/>
      </w:pPr>
      <w:r>
        <w:rPr>
          <w:rFonts w:ascii="Yu Mincho" w:hAnsi="Yu Mincho" w:eastAsia="Yu Mincho"/>
          <w:b w:val="0"/>
          <w:sz w:val="21"/>
        </w:rPr>
        <w:t>(2) 負極・正極で起こる反応を、電子 e</w:t>
      </w:r>
      <w:r>
        <w:rPr>
          <w:rFonts w:ascii="Yu Mincho" w:hAnsi="Yu Mincho" w:eastAsia="Yu Mincho"/>
          <w:b w:val="0"/>
          <w:sz w:val="21"/>
          <w:vertAlign w:val="superscript"/>
        </w:rPr>
        <w:t>-</w:t>
      </w:r>
      <w:r>
        <w:rPr>
          <w:rFonts w:ascii="Yu Mincho" w:hAnsi="Yu Mincho" w:eastAsia="Yu Mincho"/>
          <w:b w:val="0"/>
          <w:sz w:val="21"/>
        </w:rPr>
        <w:t xml:space="preserve"> を含むイオン反応式（半反応式）で書け。</w:t>
      </w:r>
    </w:p>
    <w:p>
      <w:pPr>
        <w:spacing w:before="160" w:after="60"/>
      </w:pPr>
      <w:r>
        <w:rPr>
          <w:rFonts w:ascii="Yu Gothic" w:hAnsi="Yu Gothic" w:eastAsia="Yu Gothic"/>
          <w:b/>
          <w:color w:val="1E3A5F"/>
          <w:sz w:val="23"/>
        </w:rPr>
        <w:t>▸ この問題の考え方</w:t>
      </w:r>
    </w:p>
    <w:p>
      <w:pPr>
        <w:spacing w:before="40" w:after="80" w:line="360" w:lineRule="auto"/>
        <w:ind w:left="227"/>
      </w:pPr>
      <w:r>
        <w:rPr>
          <w:rFonts w:ascii="Yu Mincho" w:hAnsi="Yu Mincho" w:eastAsia="Yu Mincho"/>
          <w:b w:val="0"/>
          <w:sz w:val="21"/>
        </w:rPr>
        <w:t>イオン化傾向の大きい金属が</w:t>
      </w:r>
      <w:r>
        <w:rPr>
          <w:rFonts w:ascii="Yu Mincho" w:hAnsi="Yu Mincho" w:eastAsia="Yu Mincho"/>
          <w:b/>
          <w:color w:val="1E3A5F"/>
          <w:sz w:val="21"/>
        </w:rPr>
        <w:t>負極</w:t>
      </w:r>
      <w:r>
        <w:rPr>
          <w:rFonts w:ascii="Yu Mincho" w:hAnsi="Yu Mincho" w:eastAsia="Yu Mincho"/>
          <w:b w:val="0"/>
          <w:sz w:val="21"/>
        </w:rPr>
        <w:t>になり、酸化されて電子を放出します。もう一方が</w:t>
      </w:r>
      <w:r>
        <w:rPr>
          <w:rFonts w:ascii="Yu Mincho" w:hAnsi="Yu Mincho" w:eastAsia="Yu Mincho"/>
          <w:b/>
          <w:color w:val="1E3A5F"/>
          <w:sz w:val="21"/>
        </w:rPr>
        <w:t>正極</w:t>
      </w:r>
      <w:r>
        <w:rPr>
          <w:rFonts w:ascii="Yu Mincho" w:hAnsi="Yu Mincho" w:eastAsia="Yu Mincho"/>
          <w:b w:val="0"/>
          <w:sz w:val="21"/>
        </w:rPr>
        <w:t>で、還元が起こります。ダニエル電池では Zn &gt; Cu なので、Zn が負極、Cu が正極です。</w:t>
      </w:r>
    </w:p>
    <w:p>
      <w:pPr>
        <w:spacing w:before="160" w:after="60"/>
      </w:pPr>
      <w:r>
        <w:rPr>
          <w:rFonts w:ascii="Yu Gothic" w:hAnsi="Yu Gothic" w:eastAsia="Yu Gothic"/>
          <w:b/>
          <w:color w:val="1E3A5F"/>
          <w:sz w:val="23"/>
        </w:rPr>
        <w:t>▸ 解き方</w:t>
      </w:r>
    </w:p>
    <w:p>
      <w:pPr>
        <w:spacing w:before="100" w:after="40"/>
        <w:ind w:left="227"/>
      </w:pPr>
      <w:r>
        <w:rPr>
          <w:rFonts w:ascii="Yu Gothic" w:hAnsi="Yu Gothic" w:eastAsia="Yu Gothic"/>
          <w:b/>
          <w:color w:val="1A1A1A"/>
          <w:sz w:val="21"/>
        </w:rPr>
        <w:t>(1) 負極・正極の決定</w:t>
      </w:r>
    </w:p>
    <w:p>
      <w:pPr>
        <w:spacing w:before="20" w:after="40" w:line="360" w:lineRule="auto"/>
        <w:ind w:left="454"/>
      </w:pPr>
      <w:r>
        <w:rPr>
          <w:rFonts w:ascii="Yu Mincho" w:hAnsi="Yu Mincho" w:eastAsia="Yu Mincho"/>
          <w:b w:val="0"/>
          <w:sz w:val="21"/>
        </w:rPr>
        <w:t>イオン化傾向は Zn &gt; Cu。イオン化傾向の大きい Zn が酸化されて溶けるので、Zn が負極。</w:t>
      </w:r>
    </w:p>
    <w:p>
      <w:pPr>
        <w:spacing w:before="20" w:after="40" w:line="360" w:lineRule="auto"/>
        <w:ind w:left="454"/>
      </w:pPr>
      <w:r>
        <w:rPr>
          <w:rFonts w:ascii="Yu Mincho" w:hAnsi="Yu Mincho" w:eastAsia="Yu Mincho"/>
          <w:b w:val="0"/>
          <w:sz w:val="21"/>
        </w:rPr>
        <w:t>もう一方の Cu が正極。</w:t>
      </w:r>
    </w:p>
    <w:p>
      <w:pPr>
        <w:spacing w:before="100" w:after="40"/>
        <w:ind w:left="227"/>
      </w:pPr>
      <w:r>
        <w:rPr>
          <w:rFonts w:ascii="Yu Gothic" w:hAnsi="Yu Gothic" w:eastAsia="Yu Gothic"/>
          <w:b/>
          <w:color w:val="1A1A1A"/>
          <w:sz w:val="21"/>
        </w:rPr>
        <w:t>(2) 各極の半反応式</w:t>
      </w:r>
    </w:p>
    <w:p>
      <w:pPr>
        <w:spacing w:before="20" w:after="40" w:line="360" w:lineRule="auto"/>
        <w:ind w:left="454"/>
      </w:pPr>
      <w:r>
        <w:rPr>
          <w:rFonts w:ascii="Yu Mincho" w:hAnsi="Yu Mincho" w:eastAsia="Yu Mincho"/>
          <w:b w:val="0"/>
          <w:sz w:val="21"/>
        </w:rPr>
        <w:t>負極（酸化・電子を放出）：Zn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p>
    <w:p>
      <w:pPr>
        <w:spacing w:before="20" w:after="40" w:line="360" w:lineRule="auto"/>
        <w:ind w:left="454"/>
      </w:pPr>
      <w:r>
        <w:rPr>
          <w:rFonts w:ascii="Yu Mincho" w:hAnsi="Yu Mincho" w:eastAsia="Yu Mincho"/>
          <w:b w:val="0"/>
          <w:sz w:val="21"/>
        </w:rPr>
        <w:t>正極（還元・電子を受け取る）：Cu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w:t>
      </w:r>
    </w:p>
    <w:p>
      <w:pPr>
        <w:spacing w:before="160" w:after="80"/>
        <w:ind w:left="227"/>
        <w:pBdr>
          <w:top w:val="single" w:sz="4" w:space="1" w:color="DDDDDD"/>
        </w:pBdr>
      </w:pPr>
      <w:r>
        <w:rPr>
          <w:rFonts w:ascii="Yu Gothic" w:hAnsi="Yu Gothic" w:eastAsia="Yu Gothic"/>
          <w:b/>
          <w:color w:val="1E3A5F"/>
          <w:sz w:val="23"/>
        </w:rPr>
        <w:t xml:space="preserve">答　</w:t>
      </w:r>
      <w:r>
        <w:rPr>
          <w:rFonts w:ascii="Yu Mincho" w:hAnsi="Yu Mincho" w:eastAsia="Yu Mincho"/>
          <w:b/>
          <w:color w:val="1E3A5F"/>
          <w:sz w:val="21"/>
        </w:rPr>
        <w:t>(1) 負極：Zn、正極：Cu　(2) 負極 Zn → Zn</w:t>
      </w:r>
      <w:r>
        <w:rPr>
          <w:rFonts w:ascii="Yu Mincho" w:hAnsi="Yu Mincho" w:eastAsia="Yu Mincho"/>
          <w:b/>
          <w:color w:val="1E3A5F"/>
          <w:sz w:val="21"/>
          <w:vertAlign w:val="superscript"/>
        </w:rPr>
        <w:t>2+</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／正極 Cu</w:t>
      </w:r>
      <w:r>
        <w:rPr>
          <w:rFonts w:ascii="Yu Mincho" w:hAnsi="Yu Mincho" w:eastAsia="Yu Mincho"/>
          <w:b/>
          <w:color w:val="1E3A5F"/>
          <w:sz w:val="21"/>
          <w:vertAlign w:val="superscript"/>
        </w:rPr>
        <w:t>2+</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 xml:space="preserve"> → Cu</w:t>
      </w:r>
    </w:p>
    <w:p>
      <w:pPr>
        <w:spacing w:before="160" w:after="80" w:line="348" w:lineRule="auto"/>
        <w:ind w:left="227"/>
      </w:pPr>
      <w:r>
        <w:rPr>
          <w:rFonts w:ascii="Yu Gothic" w:hAnsi="Yu Gothic" w:eastAsia="Yu Gothic"/>
          <w:b/>
          <w:color w:val="B56A1A"/>
          <w:sz w:val="21"/>
        </w:rPr>
        <w:t xml:space="preserve">ポイント　</w:t>
      </w:r>
      <w:r>
        <w:rPr>
          <w:rFonts w:ascii="Yu Mincho" w:hAnsi="Yu Mincho" w:eastAsia="Yu Mincho"/>
          <w:b w:val="0"/>
          <w:sz w:val="21"/>
        </w:rPr>
        <w:t>負極＝酸化（電子を出す）、正極＝還元（電子を受け取る）。イオン化傾向の大きい金属が負極。</w:t>
      </w:r>
    </w:p>
    <w:p>
      <w:r>
        <w:br w:type="page"/>
      </w:r>
    </w:p>
    <w:p>
      <w:pPr>
        <w:spacing w:before="40" w:after="160"/>
        <w:pBdr>
          <w:bottom w:val="single" w:sz="6" w:space="1" w:color="1E3A5F"/>
        </w:pBdr>
      </w:pPr>
      <w:r>
        <w:rPr>
          <w:rFonts w:ascii="Yu Gothic" w:hAnsi="Yu Gothic" w:eastAsia="Yu Gothic"/>
          <w:b/>
          <w:color w:val="1E3A5F"/>
          <w:sz w:val="30"/>
        </w:rPr>
        <w:t xml:space="preserve">問2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ダニエル電池を導線でつないで放電させた。次の問いに答えよ。</w:t>
      </w:r>
    </w:p>
    <w:p>
      <w:pPr>
        <w:spacing w:before="40" w:after="80" w:line="360" w:lineRule="auto"/>
        <w:ind w:left="227"/>
      </w:pPr>
      <w:r>
        <w:rPr>
          <w:rFonts w:ascii="Yu Mincho" w:hAnsi="Yu Mincho" w:eastAsia="Yu Mincho"/>
          <w:b w:val="0"/>
          <w:sz w:val="21"/>
        </w:rPr>
        <w:t>(1) 電子は導線中をどちら向きに流れるか（負極→正極、正極→負極のいずれか）。</w:t>
      </w:r>
    </w:p>
    <w:p>
      <w:pPr>
        <w:spacing w:before="40" w:after="80" w:line="360" w:lineRule="auto"/>
        <w:ind w:left="227"/>
      </w:pPr>
      <w:r>
        <w:rPr>
          <w:rFonts w:ascii="Yu Mincho" w:hAnsi="Yu Mincho" w:eastAsia="Yu Mincho"/>
          <w:b w:val="0"/>
          <w:sz w:val="21"/>
        </w:rPr>
        <w:t>(2) 放電にともない、Zn 板・Cu 板の質量はそれぞれどう変化するか。</w:t>
      </w:r>
    </w:p>
    <w:p>
      <w:pPr>
        <w:spacing w:before="160" w:after="60"/>
      </w:pPr>
      <w:r>
        <w:rPr>
          <w:rFonts w:ascii="Yu Gothic" w:hAnsi="Yu Gothic" w:eastAsia="Yu Gothic"/>
          <w:b/>
          <w:color w:val="1E3A5F"/>
          <w:sz w:val="23"/>
        </w:rPr>
        <w:t>▸ この問題の考え方</w:t>
      </w:r>
    </w:p>
    <w:p>
      <w:pPr>
        <w:spacing w:before="40" w:after="80" w:line="360" w:lineRule="auto"/>
        <w:ind w:left="227"/>
      </w:pPr>
      <w:r>
        <w:rPr>
          <w:rFonts w:ascii="Yu Mincho" w:hAnsi="Yu Mincho" w:eastAsia="Yu Mincho"/>
          <w:b w:val="0"/>
          <w:sz w:val="21"/>
        </w:rPr>
        <w:t>電池では、負極で放出された電子が導線を通って正極へ流れます。負極では金属が溶け（質量減）、正極では金属が析出します（質量増）。電子の流れと電流の向きは逆である点に注意します。</w:t>
      </w:r>
    </w:p>
    <w:p>
      <w:pPr>
        <w:spacing w:before="160" w:after="60"/>
      </w:pPr>
      <w:r>
        <w:rPr>
          <w:rFonts w:ascii="Yu Gothic" w:hAnsi="Yu Gothic" w:eastAsia="Yu Gothic"/>
          <w:b/>
          <w:color w:val="1E3A5F"/>
          <w:sz w:val="23"/>
        </w:rPr>
        <w:t>▸ 解き方</w:t>
      </w:r>
    </w:p>
    <w:p>
      <w:pPr>
        <w:spacing w:before="100" w:after="40"/>
        <w:ind w:left="227"/>
      </w:pPr>
      <w:r>
        <w:rPr>
          <w:rFonts w:ascii="Yu Gothic" w:hAnsi="Yu Gothic" w:eastAsia="Yu Gothic"/>
          <w:b/>
          <w:color w:val="1A1A1A"/>
          <w:sz w:val="21"/>
        </w:rPr>
        <w:t>(1) 電子の流れ</w:t>
      </w:r>
    </w:p>
    <w:p>
      <w:pPr>
        <w:spacing w:before="20" w:after="40" w:line="360" w:lineRule="auto"/>
        <w:ind w:left="454"/>
      </w:pPr>
      <w:r>
        <w:rPr>
          <w:rFonts w:ascii="Yu Mincho" w:hAnsi="Yu Mincho" w:eastAsia="Yu Mincho"/>
          <w:b w:val="0"/>
          <w:sz w:val="21"/>
        </w:rPr>
        <w:t>負極（Zn）で放出された電子が、導線を通って正極（Cu）へ流れる。</w:t>
      </w:r>
    </w:p>
    <w:p>
      <w:pPr>
        <w:spacing w:before="20" w:after="40" w:line="360" w:lineRule="auto"/>
        <w:ind w:left="454"/>
      </w:pPr>
      <w:r>
        <w:rPr>
          <w:rFonts w:ascii="Yu Mincho" w:hAnsi="Yu Mincho" w:eastAsia="Yu Mincho"/>
          <w:b w:val="0"/>
          <w:sz w:val="21"/>
        </w:rPr>
        <w:t>よって電子は「負極 → 正極」。（電流の向きはその逆で「正極 → 負極」。）</w:t>
      </w:r>
    </w:p>
    <w:p>
      <w:pPr>
        <w:spacing w:before="100" w:after="40"/>
        <w:ind w:left="227"/>
      </w:pPr>
      <w:r>
        <w:rPr>
          <w:rFonts w:ascii="Yu Gothic" w:hAnsi="Yu Gothic" w:eastAsia="Yu Gothic"/>
          <w:b/>
          <w:color w:val="1A1A1A"/>
          <w:sz w:val="21"/>
        </w:rPr>
        <w:t>(2) 各極の質量変化</w:t>
      </w:r>
    </w:p>
    <w:p>
      <w:pPr>
        <w:spacing w:before="20" w:after="40" w:line="360" w:lineRule="auto"/>
        <w:ind w:left="454"/>
      </w:pPr>
      <w:r>
        <w:rPr>
          <w:rFonts w:ascii="Yu Mincho" w:hAnsi="Yu Mincho" w:eastAsia="Yu Mincho"/>
          <w:b w:val="0"/>
          <w:sz w:val="21"/>
        </w:rPr>
        <w:t>負極：Zn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で Zn が溶け出すので、Zn 板の質量は減る。</w:t>
      </w:r>
    </w:p>
    <w:p>
      <w:pPr>
        <w:spacing w:before="20" w:after="40" w:line="360" w:lineRule="auto"/>
        <w:ind w:left="454"/>
      </w:pPr>
      <w:r>
        <w:rPr>
          <w:rFonts w:ascii="Yu Mincho" w:hAnsi="Yu Mincho" w:eastAsia="Yu Mincho"/>
          <w:b w:val="0"/>
          <w:sz w:val="21"/>
        </w:rPr>
        <w:t>正極：Cu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 で Cu が析出するので、Cu 板の質量は増える。</w:t>
      </w:r>
    </w:p>
    <w:p>
      <w:pPr>
        <w:spacing w:before="160" w:after="80"/>
        <w:ind w:left="227"/>
        <w:pBdr>
          <w:top w:val="single" w:sz="4" w:space="1" w:color="DDDDDD"/>
        </w:pBdr>
      </w:pPr>
      <w:r>
        <w:rPr>
          <w:rFonts w:ascii="Yu Gothic" w:hAnsi="Yu Gothic" w:eastAsia="Yu Gothic"/>
          <w:b/>
          <w:color w:val="1E3A5F"/>
          <w:sz w:val="23"/>
        </w:rPr>
        <w:t xml:space="preserve">答　</w:t>
      </w:r>
      <w:r>
        <w:rPr>
          <w:rFonts w:ascii="Yu Mincho" w:hAnsi="Yu Mincho" w:eastAsia="Yu Mincho"/>
          <w:b/>
          <w:color w:val="1E3A5F"/>
          <w:sz w:val="21"/>
        </w:rPr>
        <w:t>(1) 負極 → 正極　(2) Zn 板：減る、Cu 板：増える</w:t>
      </w:r>
    </w:p>
    <w:p>
      <w:pPr>
        <w:spacing w:before="160" w:after="80" w:line="348" w:lineRule="auto"/>
        <w:ind w:left="227"/>
      </w:pPr>
      <w:r>
        <w:rPr>
          <w:rFonts w:ascii="Yu Gothic" w:hAnsi="Yu Gothic" w:eastAsia="Yu Gothic"/>
          <w:b/>
          <w:color w:val="B56A1A"/>
          <w:sz w:val="21"/>
        </w:rPr>
        <w:t xml:space="preserve">ポイント　</w:t>
      </w:r>
      <w:r>
        <w:rPr>
          <w:rFonts w:ascii="Yu Mincho" w:hAnsi="Yu Mincho" w:eastAsia="Yu Mincho"/>
          <w:b w:val="0"/>
          <w:sz w:val="21"/>
        </w:rPr>
        <w:t>電子の流れは負極→正極、電流の向きはその逆。負極の金属は溶けて減り、正極には金属が析出して増える。</w:t>
      </w:r>
    </w:p>
    <w:p>
      <w:r>
        <w:br w:type="page"/>
      </w:r>
    </w:p>
    <w:p>
      <w:pPr>
        <w:spacing w:before="40" w:after="160"/>
        <w:pBdr>
          <w:bottom w:val="single" w:sz="6" w:space="1" w:color="1E3A5F"/>
        </w:pBdr>
      </w:pPr>
      <w:r>
        <w:rPr>
          <w:rFonts w:ascii="Yu Gothic" w:hAnsi="Yu Gothic" w:eastAsia="Yu Gothic"/>
          <w:b/>
          <w:color w:val="1E3A5F"/>
          <w:sz w:val="30"/>
        </w:rPr>
        <w:t xml:space="preserve">問3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ある電池を 2.0 A の電流で 5 分間放電させた。このとき流れた電気量は何 C（クーロン）か。</w:t>
      </w:r>
    </w:p>
    <w:p>
      <w:pPr>
        <w:spacing w:before="160" w:after="60"/>
      </w:pPr>
      <w:r>
        <w:rPr>
          <w:rFonts w:ascii="Yu Gothic" w:hAnsi="Yu Gothic" w:eastAsia="Yu Gothic"/>
          <w:b/>
          <w:color w:val="1E3A5F"/>
          <w:sz w:val="23"/>
        </w:rPr>
        <w:t>▸ この問題の考え方</w:t>
      </w:r>
    </w:p>
    <w:p>
      <w:pPr>
        <w:spacing w:before="40" w:after="80" w:line="360" w:lineRule="auto"/>
        <w:ind w:left="227"/>
      </w:pPr>
      <w:r>
        <w:rPr>
          <w:rFonts w:ascii="Yu Mincho" w:hAnsi="Yu Mincho" w:eastAsia="Yu Mincho"/>
          <w:b w:val="0"/>
          <w:sz w:val="21"/>
        </w:rPr>
        <w:t>電気量は「</w:t>
      </w:r>
      <w:r>
        <w:rPr>
          <w:rFonts w:ascii="Yu Mincho" w:hAnsi="Yu Mincho" w:eastAsia="Yu Mincho"/>
          <w:b/>
          <w:color w:val="1E3A5F"/>
          <w:sz w:val="21"/>
        </w:rPr>
        <w:t>電気量 Q ＝ 電流 I × 時間 t</w:t>
      </w:r>
      <w:r>
        <w:rPr>
          <w:rFonts w:ascii="Yu Mincho" w:hAnsi="Yu Mincho" w:eastAsia="Yu Mincho"/>
          <w:b w:val="0"/>
          <w:sz w:val="21"/>
        </w:rPr>
        <w:t>」で求めます。時間は必ず</w:t>
      </w:r>
      <w:r>
        <w:rPr>
          <w:rFonts w:ascii="Yu Mincho" w:hAnsi="Yu Mincho" w:eastAsia="Yu Mincho"/>
          <w:b/>
          <w:color w:val="1E3A5F"/>
          <w:sz w:val="21"/>
        </w:rPr>
        <w:t>秒</w:t>
      </w:r>
      <w:r>
        <w:rPr>
          <w:rFonts w:ascii="Yu Mincho" w:hAnsi="Yu Mincho" w:eastAsia="Yu Mincho"/>
          <w:b w:val="0"/>
          <w:sz w:val="21"/>
        </w:rPr>
        <w:t>に直してから計算します。</w:t>
      </w:r>
    </w:p>
    <w:p>
      <w:pPr>
        <w:spacing w:before="160" w:after="60"/>
      </w:pPr>
      <w:r>
        <w:rPr>
          <w:rFonts w:ascii="Yu Gothic" w:hAnsi="Yu Gothic" w:eastAsia="Yu Gothic"/>
          <w:b/>
          <w:color w:val="1E3A5F"/>
          <w:sz w:val="23"/>
        </w:rPr>
        <w:t>▸ 解き方</w:t>
      </w:r>
    </w:p>
    <w:p>
      <w:pPr>
        <w:spacing w:before="100" w:after="40"/>
        <w:ind w:left="227"/>
      </w:pPr>
      <w:r>
        <w:rPr>
          <w:rFonts w:ascii="Yu Gothic" w:hAnsi="Yu Gothic" w:eastAsia="Yu Gothic"/>
          <w:b/>
          <w:color w:val="1A1A1A"/>
          <w:sz w:val="21"/>
        </w:rPr>
        <w:t>Step 1　時間を秒に直す</w:t>
      </w:r>
    </w:p>
    <w:p>
      <w:pPr>
        <w:spacing w:before="20" w:after="40" w:line="360" w:lineRule="auto"/>
        <w:ind w:left="454"/>
      </w:pPr>
      <w:r>
        <w:rPr>
          <w:rFonts w:ascii="Yu Mincho" w:hAnsi="Yu Mincho" w:eastAsia="Yu Mincho"/>
          <w:b w:val="0"/>
          <w:sz w:val="21"/>
        </w:rPr>
        <w:t>5 分 ＝ 5 × 60 ＝ 300 秒。</w:t>
      </w:r>
    </w:p>
    <w:p>
      <w:pPr>
        <w:spacing w:before="100" w:after="40"/>
        <w:ind w:left="227"/>
      </w:pPr>
      <w:r>
        <w:rPr>
          <w:rFonts w:ascii="Yu Gothic" w:hAnsi="Yu Gothic" w:eastAsia="Yu Gothic"/>
          <w:b/>
          <w:color w:val="1A1A1A"/>
          <w:sz w:val="21"/>
        </w:rPr>
        <w:t>Step 2　電気量を求める</w:t>
      </w:r>
    </w:p>
    <w:p>
      <w:pPr>
        <w:spacing w:before="20" w:after="40" w:line="360" w:lineRule="auto"/>
        <w:ind w:left="454"/>
      </w:pPr>
      <w:r>
        <w:rPr>
          <w:rFonts w:ascii="Yu Mincho" w:hAnsi="Yu Mincho" w:eastAsia="Yu Mincho"/>
          <w:b w:val="0"/>
          <w:sz w:val="21"/>
        </w:rPr>
        <w:t>Q ＝ I × t ＝ 2.0 × 300 ＝ 600 C。</w:t>
      </w:r>
    </w:p>
    <w:p>
      <w:pPr>
        <w:spacing w:before="160" w:after="80"/>
        <w:ind w:left="227"/>
        <w:pBdr>
          <w:top w:val="single" w:sz="4" w:space="1" w:color="DDDDDD"/>
        </w:pBdr>
      </w:pPr>
      <w:r>
        <w:rPr>
          <w:rFonts w:ascii="Yu Gothic" w:hAnsi="Yu Gothic" w:eastAsia="Yu Gothic"/>
          <w:b/>
          <w:color w:val="1E3A5F"/>
          <w:sz w:val="23"/>
        </w:rPr>
        <w:t xml:space="preserve">答　</w:t>
      </w:r>
      <w:r>
        <w:rPr>
          <w:rFonts w:ascii="Yu Mincho" w:hAnsi="Yu Mincho" w:eastAsia="Yu Mincho"/>
          <w:b/>
          <w:color w:val="1E3A5F"/>
          <w:sz w:val="21"/>
        </w:rPr>
        <w:t>600 C</w:t>
      </w:r>
    </w:p>
    <w:p>
      <w:pPr>
        <w:spacing w:before="160" w:after="80" w:line="348" w:lineRule="auto"/>
        <w:ind w:left="227"/>
      </w:pPr>
      <w:r>
        <w:rPr>
          <w:rFonts w:ascii="Yu Gothic" w:hAnsi="Yu Gothic" w:eastAsia="Yu Gothic"/>
          <w:b/>
          <w:color w:val="B56A1A"/>
          <w:sz w:val="21"/>
        </w:rPr>
        <w:t xml:space="preserve">ポイント　</w:t>
      </w:r>
      <w:r>
        <w:rPr>
          <w:rFonts w:ascii="Yu Mincho" w:hAnsi="Yu Mincho" w:eastAsia="Yu Mincho"/>
          <w:b w:val="0"/>
          <w:sz w:val="21"/>
        </w:rPr>
        <w:t>Q ＝ I × t の t は秒（s）。分や時間で与えられたら、必ず秒に直してから計算する。</w:t>
      </w:r>
    </w:p>
    <w:p>
      <w:r>
        <w:br w:type="page"/>
      </w:r>
    </w:p>
    <w:p>
      <w:pPr>
        <w:spacing w:before="40" w:after="160"/>
        <w:pBdr>
          <w:bottom w:val="single" w:sz="6" w:space="1" w:color="1E3A5F"/>
        </w:pBdr>
      </w:pPr>
      <w:r>
        <w:rPr>
          <w:rFonts w:ascii="Yu Gothic" w:hAnsi="Yu Gothic" w:eastAsia="Yu Gothic"/>
          <w:b/>
          <w:color w:val="1E3A5F"/>
          <w:sz w:val="30"/>
        </w:rPr>
        <w:t xml:space="preserve">問4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ある電池を 5.0 A の電流で 32 分 10 秒間放電させた。次の問いに答えよ。</w:t>
      </w:r>
    </w:p>
    <w:p>
      <w:pPr>
        <w:spacing w:before="40" w:after="80" w:line="360" w:lineRule="auto"/>
        <w:ind w:left="227"/>
      </w:pPr>
      <w:r>
        <w:rPr>
          <w:rFonts w:ascii="Yu Mincho" w:hAnsi="Yu Mincho" w:eastAsia="Yu Mincho"/>
          <w:b w:val="0"/>
          <w:sz w:val="21"/>
        </w:rPr>
        <w:t>(1) 流れた電気量は何 C か。</w:t>
      </w:r>
    </w:p>
    <w:p>
      <w:pPr>
        <w:spacing w:before="40" w:after="80" w:line="360" w:lineRule="auto"/>
        <w:ind w:left="227"/>
      </w:pPr>
      <w:r>
        <w:rPr>
          <w:rFonts w:ascii="Yu Mincho" w:hAnsi="Yu Mincho" w:eastAsia="Yu Mincho"/>
          <w:b w:val="0"/>
          <w:sz w:val="21"/>
        </w:rPr>
        <w:t>(2) 流れた電子は何 mol か。</w:t>
      </w:r>
    </w:p>
    <w:p>
      <w:pPr>
        <w:spacing w:before="160" w:after="60"/>
      </w:pPr>
      <w:r>
        <w:rPr>
          <w:rFonts w:ascii="Yu Gothic" w:hAnsi="Yu Gothic" w:eastAsia="Yu Gothic"/>
          <w:b/>
          <w:color w:val="1E3A5F"/>
          <w:sz w:val="23"/>
        </w:rPr>
        <w:t>▸ この問題の考え方</w:t>
      </w:r>
    </w:p>
    <w:p>
      <w:pPr>
        <w:spacing w:before="40" w:after="80" w:line="360" w:lineRule="auto"/>
        <w:ind w:left="227"/>
      </w:pPr>
      <w:r>
        <w:rPr>
          <w:rFonts w:ascii="Yu Mincho" w:hAnsi="Yu Mincho" w:eastAsia="Yu Mincho"/>
          <w:b w:val="0"/>
          <w:sz w:val="21"/>
        </w:rPr>
        <w:t>まず電気量 Q ＝ I × t を求め、それを</w:t>
      </w:r>
      <w:r>
        <w:rPr>
          <w:rFonts w:ascii="Yu Mincho" w:hAnsi="Yu Mincho" w:eastAsia="Yu Mincho"/>
          <w:b/>
          <w:color w:val="1E3A5F"/>
          <w:sz w:val="21"/>
        </w:rPr>
        <w:t>ファラデー定数 F（電子1 mol あたりの電気量）で割る</w:t>
      </w:r>
      <w:r>
        <w:rPr>
          <w:rFonts w:ascii="Yu Mincho" w:hAnsi="Yu Mincho" w:eastAsia="Yu Mincho"/>
          <w:b w:val="0"/>
          <w:sz w:val="21"/>
        </w:rPr>
        <w:t>と電子の物質量が出ます。時間を秒に直すことを忘れないようにします。</w:t>
      </w:r>
    </w:p>
    <w:p>
      <w:pPr>
        <w:spacing w:before="160" w:after="60"/>
      </w:pPr>
      <w:r>
        <w:rPr>
          <w:rFonts w:ascii="Yu Gothic" w:hAnsi="Yu Gothic" w:eastAsia="Yu Gothic"/>
          <w:b/>
          <w:color w:val="1E3A5F"/>
          <w:sz w:val="23"/>
        </w:rPr>
        <w:t>▸ 解き方</w:t>
      </w:r>
    </w:p>
    <w:p>
      <w:pPr>
        <w:spacing w:before="100" w:after="40"/>
        <w:ind w:left="227"/>
      </w:pPr>
      <w:r>
        <w:rPr>
          <w:rFonts w:ascii="Yu Gothic" w:hAnsi="Yu Gothic" w:eastAsia="Yu Gothic"/>
          <w:b/>
          <w:color w:val="1A1A1A"/>
          <w:sz w:val="21"/>
        </w:rPr>
        <w:t>(1) 電気量</w:t>
      </w:r>
    </w:p>
    <w:p>
      <w:pPr>
        <w:spacing w:before="20" w:after="40" w:line="360" w:lineRule="auto"/>
        <w:ind w:left="454"/>
      </w:pPr>
      <w:r>
        <w:rPr>
          <w:rFonts w:ascii="Yu Mincho" w:hAnsi="Yu Mincho" w:eastAsia="Yu Mincho"/>
          <w:b w:val="0"/>
          <w:sz w:val="21"/>
        </w:rPr>
        <w:t>32 分 10 秒 ＝ 32 × 60 ＋ 10 ＝ 1930 秒。</w:t>
      </w:r>
    </w:p>
    <w:p>
      <w:pPr>
        <w:spacing w:before="20" w:after="40" w:line="360" w:lineRule="auto"/>
        <w:ind w:left="454"/>
      </w:pPr>
      <w:r>
        <w:rPr>
          <w:rFonts w:ascii="Yu Mincho" w:hAnsi="Yu Mincho" w:eastAsia="Yu Mincho"/>
          <w:b w:val="0"/>
          <w:sz w:val="21"/>
        </w:rPr>
        <w:t>Q ＝ I × t ＝ 5.0 × 1930 ＝ 9650 C ＝ 9.65×10</w:t>
      </w:r>
      <w:r>
        <w:rPr>
          <w:rFonts w:ascii="Yu Mincho" w:hAnsi="Yu Mincho" w:eastAsia="Yu Mincho"/>
          <w:b w:val="0"/>
          <w:sz w:val="21"/>
          <w:vertAlign w:val="superscript"/>
        </w:rPr>
        <w:t>3</w:t>
      </w:r>
      <w:r>
        <w:rPr>
          <w:rFonts w:ascii="Yu Mincho" w:hAnsi="Yu Mincho" w:eastAsia="Yu Mincho"/>
          <w:b w:val="0"/>
          <w:sz w:val="21"/>
        </w:rPr>
        <w:t xml:space="preserve"> C。</w:t>
      </w:r>
    </w:p>
    <w:p>
      <w:pPr>
        <w:spacing w:before="100" w:after="40"/>
        <w:ind w:left="227"/>
      </w:pPr>
      <w:r>
        <w:rPr>
          <w:rFonts w:ascii="Yu Gothic" w:hAnsi="Yu Gothic" w:eastAsia="Yu Gothic"/>
          <w:b/>
          <w:color w:val="1A1A1A"/>
          <w:sz w:val="21"/>
        </w:rPr>
        <w:t>(2) 電子の物質量</w:t>
      </w:r>
    </w:p>
    <w:p>
      <w:pPr>
        <w:spacing w:before="20" w:after="40" w:line="360" w:lineRule="auto"/>
        <w:ind w:left="454"/>
      </w:pPr>
      <w:r>
        <w:rPr>
          <w:rFonts w:ascii="Yu Mincho" w:hAnsi="Yu Mincho" w:eastAsia="Yu Mincho"/>
          <w:b w:val="0"/>
          <w:sz w:val="21"/>
        </w:rPr>
        <w:t>電子の mol ＝ 電気量 ÷ ファラデー定数 ＝ 9.65×10</w:t>
      </w:r>
      <w:r>
        <w:rPr>
          <w:rFonts w:ascii="Yu Mincho" w:hAnsi="Yu Mincho" w:eastAsia="Yu Mincho"/>
          <w:b w:val="0"/>
          <w:sz w:val="21"/>
          <w:vertAlign w:val="superscript"/>
        </w:rPr>
        <w:t>3</w:t>
      </w:r>
      <w:r>
        <w:rPr>
          <w:rFonts w:ascii="Yu Mincho" w:hAnsi="Yu Mincho" w:eastAsia="Yu Mincho"/>
          <w:b w:val="0"/>
          <w:sz w:val="21"/>
        </w:rPr>
        <w:t xml:space="preserve"> ÷ (9.65×10</w:t>
      </w:r>
      <w:r>
        <w:rPr>
          <w:rFonts w:ascii="Yu Mincho" w:hAnsi="Yu Mincho" w:eastAsia="Yu Mincho"/>
          <w:b w:val="0"/>
          <w:sz w:val="21"/>
          <w:vertAlign w:val="superscript"/>
        </w:rPr>
        <w:t>4</w:t>
      </w:r>
      <w:r>
        <w:rPr>
          <w:rFonts w:ascii="Yu Mincho" w:hAnsi="Yu Mincho" w:eastAsia="Yu Mincho"/>
          <w:b w:val="0"/>
          <w:sz w:val="21"/>
        </w:rPr>
        <w:t>)。</w:t>
      </w:r>
    </w:p>
    <w:p>
      <w:pPr>
        <w:spacing w:before="20" w:after="40" w:line="360" w:lineRule="auto"/>
        <w:ind w:left="454"/>
      </w:pPr>
      <w:r>
        <w:rPr>
          <w:rFonts w:ascii="Yu Mincho" w:hAnsi="Yu Mincho" w:eastAsia="Yu Mincho"/>
          <w:b w:val="0"/>
          <w:sz w:val="21"/>
        </w:rPr>
        <w:t>＝ 0.10 mol。</w:t>
      </w:r>
    </w:p>
    <w:p>
      <w:pPr>
        <w:spacing w:before="160" w:after="80"/>
        <w:ind w:left="227"/>
        <w:pBdr>
          <w:top w:val="single" w:sz="4" w:space="1" w:color="DDDDDD"/>
        </w:pBdr>
      </w:pPr>
      <w:r>
        <w:rPr>
          <w:rFonts w:ascii="Yu Gothic" w:hAnsi="Yu Gothic" w:eastAsia="Yu Gothic"/>
          <w:b/>
          <w:color w:val="1E3A5F"/>
          <w:sz w:val="23"/>
        </w:rPr>
        <w:t xml:space="preserve">答　</w:t>
      </w:r>
      <w:r>
        <w:rPr>
          <w:rFonts w:ascii="Yu Mincho" w:hAnsi="Yu Mincho" w:eastAsia="Yu Mincho"/>
          <w:b/>
          <w:color w:val="1E3A5F"/>
          <w:sz w:val="21"/>
        </w:rPr>
        <w:t>(1) 9.65×10</w:t>
      </w:r>
      <w:r>
        <w:rPr>
          <w:rFonts w:ascii="Yu Mincho" w:hAnsi="Yu Mincho" w:eastAsia="Yu Mincho"/>
          <w:b/>
          <w:color w:val="1E3A5F"/>
          <w:sz w:val="21"/>
          <w:vertAlign w:val="superscript"/>
        </w:rPr>
        <w:t>3</w:t>
      </w:r>
      <w:r>
        <w:rPr>
          <w:rFonts w:ascii="Yu Mincho" w:hAnsi="Yu Mincho" w:eastAsia="Yu Mincho"/>
          <w:b/>
          <w:color w:val="1E3A5F"/>
          <w:sz w:val="21"/>
        </w:rPr>
        <w:t xml:space="preserve"> C（9650 C）　(2) 0.10 mol</w:t>
      </w:r>
    </w:p>
    <w:p>
      <w:pPr>
        <w:spacing w:before="160" w:after="80" w:line="348" w:lineRule="auto"/>
        <w:ind w:left="227"/>
      </w:pPr>
      <w:r>
        <w:rPr>
          <w:rFonts w:ascii="Yu Gothic" w:hAnsi="Yu Gothic" w:eastAsia="Yu Gothic"/>
          <w:b/>
          <w:color w:val="B56A1A"/>
          <w:sz w:val="21"/>
        </w:rPr>
        <w:t xml:space="preserve">ポイント　</w:t>
      </w:r>
      <w:r>
        <w:rPr>
          <w:rFonts w:ascii="Yu Mincho" w:hAnsi="Yu Mincho" w:eastAsia="Yu Mincho"/>
          <w:b w:val="0"/>
          <w:sz w:val="21"/>
        </w:rPr>
        <w:t>ファラデー定数 F ＝ 9.65×10</w:t>
      </w:r>
      <w:r>
        <w:rPr>
          <w:rFonts w:ascii="Yu Mincho" w:hAnsi="Yu Mincho" w:eastAsia="Yu Mincho"/>
          <w:b w:val="0"/>
          <w:sz w:val="21"/>
          <w:vertAlign w:val="superscript"/>
        </w:rPr>
        <w:t>4</w:t>
      </w:r>
      <w:r>
        <w:rPr>
          <w:rFonts w:ascii="Yu Mincho" w:hAnsi="Yu Mincho" w:eastAsia="Yu Mincho"/>
          <w:b w:val="0"/>
          <w:sz w:val="21"/>
        </w:rPr>
        <w:t xml:space="preserve"> C/mol は「電子1 mol あたりの電気量」。電気量を F で割ると電子の mol。</w:t>
      </w:r>
    </w:p>
    <w:p>
      <w:r>
        <w:br w:type="page"/>
      </w:r>
    </w:p>
    <w:p>
      <w:pPr>
        <w:spacing w:before="40" w:after="160"/>
        <w:pBdr>
          <w:bottom w:val="single" w:sz="6" w:space="1" w:color="1E3A5F"/>
        </w:pBdr>
      </w:pPr>
      <w:r>
        <w:rPr>
          <w:rFonts w:ascii="Yu Gothic" w:hAnsi="Yu Gothic" w:eastAsia="Yu Gothic"/>
          <w:b/>
          <w:color w:val="1E3A5F"/>
          <w:sz w:val="30"/>
        </w:rPr>
        <w:t xml:space="preserve">問5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鉛蓄電池は、負極に鉛 Pb、正極に酸化鉛(IV) PbO</w:t>
      </w:r>
      <w:r>
        <w:rPr>
          <w:rFonts w:ascii="Yu Mincho" w:hAnsi="Yu Mincho" w:eastAsia="Yu Mincho"/>
          <w:b w:val="0"/>
          <w:sz w:val="21"/>
          <w:vertAlign w:val="subscript"/>
        </w:rPr>
        <w:t>2</w:t>
      </w:r>
      <w:r>
        <w:rPr>
          <w:rFonts w:ascii="Yu Mincho" w:hAnsi="Yu Mincho" w:eastAsia="Yu Mincho"/>
          <w:b w:val="0"/>
          <w:sz w:val="21"/>
        </w:rPr>
        <w:t>、電解液に希硫酸を用いた二次電池である。放電時について、次の問いに答えよ。</w:t>
      </w:r>
    </w:p>
    <w:p>
      <w:pPr>
        <w:spacing w:before="40" w:after="80" w:line="360" w:lineRule="auto"/>
        <w:ind w:left="227"/>
      </w:pPr>
      <w:r>
        <w:rPr>
          <w:rFonts w:ascii="Yu Mincho" w:hAnsi="Yu Mincho" w:eastAsia="Yu Mincho"/>
          <w:b w:val="0"/>
          <w:sz w:val="21"/>
        </w:rPr>
        <w:t>(1) 負極・正極で起こる反応を、電子 e</w:t>
      </w:r>
      <w:r>
        <w:rPr>
          <w:rFonts w:ascii="Yu Mincho" w:hAnsi="Yu Mincho" w:eastAsia="Yu Mincho"/>
          <w:b w:val="0"/>
          <w:sz w:val="21"/>
          <w:vertAlign w:val="superscript"/>
        </w:rPr>
        <w:t>-</w:t>
      </w:r>
      <w:r>
        <w:rPr>
          <w:rFonts w:ascii="Yu Mincho" w:hAnsi="Yu Mincho" w:eastAsia="Yu Mincho"/>
          <w:b w:val="0"/>
          <w:sz w:val="21"/>
        </w:rPr>
        <w:t xml:space="preserve"> を含むイオン反応式で書け。</w:t>
      </w:r>
    </w:p>
    <w:p>
      <w:pPr>
        <w:spacing w:before="40" w:after="80" w:line="360" w:lineRule="auto"/>
        <w:ind w:left="227"/>
      </w:pPr>
      <w:r>
        <w:rPr>
          <w:rFonts w:ascii="Yu Mincho" w:hAnsi="Yu Mincho" w:eastAsia="Yu Mincho"/>
          <w:b w:val="0"/>
          <w:sz w:val="21"/>
        </w:rPr>
        <w:t>(2) 放電が進むと、電解液（希硫酸）の濃度はどう変化するか。</w:t>
      </w:r>
    </w:p>
    <w:p>
      <w:pPr>
        <w:spacing w:before="160" w:after="60"/>
      </w:pPr>
      <w:r>
        <w:rPr>
          <w:rFonts w:ascii="Yu Gothic" w:hAnsi="Yu Gothic" w:eastAsia="Yu Gothic"/>
          <w:b/>
          <w:color w:val="1E3A5F"/>
          <w:sz w:val="23"/>
        </w:rPr>
        <w:t>▸ この問題の考え方</w:t>
      </w:r>
    </w:p>
    <w:p>
      <w:pPr>
        <w:spacing w:before="40" w:after="80" w:line="360" w:lineRule="auto"/>
        <w:ind w:left="227"/>
      </w:pPr>
      <w:r>
        <w:rPr>
          <w:rFonts w:ascii="Yu Mincho" w:hAnsi="Yu Mincho" w:eastAsia="Yu Mincho"/>
          <w:b w:val="0"/>
          <w:sz w:val="21"/>
        </w:rPr>
        <w:t>鉛蓄電池の放電では、負極の Pb も正極の PbO</w:t>
      </w:r>
      <w:r>
        <w:rPr>
          <w:rFonts w:ascii="Yu Mincho" w:hAnsi="Yu Mincho" w:eastAsia="Yu Mincho"/>
          <w:b w:val="0"/>
          <w:sz w:val="21"/>
          <w:vertAlign w:val="subscript"/>
        </w:rPr>
        <w:t>2</w:t>
      </w:r>
      <w:r>
        <w:rPr>
          <w:rFonts w:ascii="Yu Mincho" w:hAnsi="Yu Mincho" w:eastAsia="Yu Mincho"/>
          <w:b w:val="0"/>
          <w:sz w:val="21"/>
        </w:rPr>
        <w:t xml:space="preserve"> も、どちらも</w:t>
      </w:r>
      <w:r>
        <w:rPr>
          <w:rFonts w:ascii="Yu Mincho" w:hAnsi="Yu Mincho" w:eastAsia="Yu Mincho"/>
          <w:b/>
          <w:color w:val="1E3A5F"/>
          <w:sz w:val="21"/>
        </w:rPr>
        <w:t>硫酸鉛(II) PbSO</w:t>
      </w:r>
      <w:r>
        <w:rPr>
          <w:rFonts w:ascii="Yu Mincho" w:hAnsi="Yu Mincho" w:eastAsia="Yu Mincho"/>
          <w:b/>
          <w:color w:val="1E3A5F"/>
          <w:sz w:val="21"/>
          <w:vertAlign w:val="subscript"/>
        </w:rPr>
        <w:t>4</w:t>
      </w:r>
      <w:r>
        <w:rPr>
          <w:rFonts w:ascii="Yu Mincho" w:hAnsi="Yu Mincho" w:eastAsia="Yu Mincho"/>
          <w:b w:val="0"/>
          <w:sz w:val="21"/>
        </w:rPr>
        <w:t xml:space="preserve"> に変化します。このとき硫酸（と水）が反応に使われるので、電解液の濃度が変化します。</w:t>
      </w:r>
    </w:p>
    <w:p>
      <w:pPr>
        <w:spacing w:before="160" w:after="60"/>
      </w:pPr>
      <w:r>
        <w:rPr>
          <w:rFonts w:ascii="Yu Gothic" w:hAnsi="Yu Gothic" w:eastAsia="Yu Gothic"/>
          <w:b/>
          <w:color w:val="1E3A5F"/>
          <w:sz w:val="23"/>
        </w:rPr>
        <w:t>▸ 解き方</w:t>
      </w:r>
    </w:p>
    <w:p>
      <w:pPr>
        <w:spacing w:before="100" w:after="40"/>
        <w:ind w:left="227"/>
      </w:pPr>
      <w:r>
        <w:rPr>
          <w:rFonts w:ascii="Yu Gothic" w:hAnsi="Yu Gothic" w:eastAsia="Yu Gothic"/>
          <w:b/>
          <w:color w:val="1A1A1A"/>
          <w:sz w:val="21"/>
        </w:rPr>
        <w:t>(1) 各極の反応</w:t>
      </w:r>
    </w:p>
    <w:p>
      <w:pPr>
        <w:spacing w:before="20" w:after="40" w:line="360" w:lineRule="auto"/>
        <w:ind w:left="454"/>
      </w:pPr>
      <w:r>
        <w:rPr>
          <w:rFonts w:ascii="Yu Mincho" w:hAnsi="Yu Mincho" w:eastAsia="Yu Mincho"/>
          <w:b w:val="0"/>
          <w:sz w:val="21"/>
        </w:rPr>
        <w:t>負極（酸化）：Pb ＋ SO</w:t>
      </w:r>
      <w:r>
        <w:rPr>
          <w:rFonts w:ascii="Yu Mincho" w:hAnsi="Yu Mincho" w:eastAsia="Yu Mincho"/>
          <w:b w:val="0"/>
          <w:sz w:val="21"/>
          <w:vertAlign w:val="subscript"/>
        </w:rPr>
        <w:t>4</w:t>
      </w:r>
      <w:r>
        <w:rPr>
          <w:rFonts w:ascii="Yu Mincho" w:hAnsi="Yu Mincho" w:eastAsia="Yu Mincho"/>
          <w:b w:val="0"/>
          <w:sz w:val="21"/>
          <w:vertAlign w:val="superscript"/>
        </w:rPr>
        <w:t>2-</w:t>
      </w:r>
      <w:r>
        <w:rPr>
          <w:rFonts w:ascii="Yu Mincho" w:hAnsi="Yu Mincho" w:eastAsia="Yu Mincho"/>
          <w:b w:val="0"/>
          <w:sz w:val="21"/>
        </w:rPr>
        <w:t xml:space="preserve"> → PbSO</w:t>
      </w:r>
      <w:r>
        <w:rPr>
          <w:rFonts w:ascii="Yu Mincho" w:hAnsi="Yu Mincho" w:eastAsia="Yu Mincho"/>
          <w:b w:val="0"/>
          <w:sz w:val="21"/>
          <w:vertAlign w:val="subscript"/>
        </w:rPr>
        <w:t>4</w:t>
      </w:r>
      <w:r>
        <w:rPr>
          <w:rFonts w:ascii="Yu Mincho" w:hAnsi="Yu Mincho" w:eastAsia="Yu Mincho"/>
          <w:b w:val="0"/>
          <w:sz w:val="21"/>
        </w:rPr>
        <w:t xml:space="preserve"> ＋ 2e</w:t>
      </w:r>
      <w:r>
        <w:rPr>
          <w:rFonts w:ascii="Yu Mincho" w:hAnsi="Yu Mincho" w:eastAsia="Yu Mincho"/>
          <w:b w:val="0"/>
          <w:sz w:val="21"/>
          <w:vertAlign w:val="superscript"/>
        </w:rPr>
        <w:t>-</w:t>
      </w:r>
    </w:p>
    <w:p>
      <w:pPr>
        <w:spacing w:before="20" w:after="40" w:line="360" w:lineRule="auto"/>
        <w:ind w:left="454"/>
      </w:pPr>
      <w:r>
        <w:rPr>
          <w:rFonts w:ascii="Yu Mincho" w:hAnsi="Yu Mincho" w:eastAsia="Yu Mincho"/>
          <w:b w:val="0"/>
          <w:sz w:val="21"/>
        </w:rPr>
        <w:t>正極（還元）：PbO</w:t>
      </w:r>
      <w:r>
        <w:rPr>
          <w:rFonts w:ascii="Yu Mincho" w:hAnsi="Yu Mincho" w:eastAsia="Yu Mincho"/>
          <w:b w:val="0"/>
          <w:sz w:val="21"/>
          <w:vertAlign w:val="subscript"/>
        </w:rPr>
        <w:t>2</w:t>
      </w:r>
      <w:r>
        <w:rPr>
          <w:rFonts w:ascii="Yu Mincho" w:hAnsi="Yu Mincho" w:eastAsia="Yu Mincho"/>
          <w:b w:val="0"/>
          <w:sz w:val="21"/>
        </w:rPr>
        <w:t xml:space="preserve"> ＋ 4H</w:t>
      </w:r>
      <w:r>
        <w:rPr>
          <w:rFonts w:ascii="Yu Mincho" w:hAnsi="Yu Mincho" w:eastAsia="Yu Mincho"/>
          <w:b w:val="0"/>
          <w:sz w:val="21"/>
          <w:vertAlign w:val="superscript"/>
        </w:rPr>
        <w:t>+</w:t>
      </w:r>
      <w:r>
        <w:rPr>
          <w:rFonts w:ascii="Yu Mincho" w:hAnsi="Yu Mincho" w:eastAsia="Yu Mincho"/>
          <w:b w:val="0"/>
          <w:sz w:val="21"/>
        </w:rPr>
        <w:t xml:space="preserve"> ＋ SO</w:t>
      </w:r>
      <w:r>
        <w:rPr>
          <w:rFonts w:ascii="Yu Mincho" w:hAnsi="Yu Mincho" w:eastAsia="Yu Mincho"/>
          <w:b w:val="0"/>
          <w:sz w:val="21"/>
          <w:vertAlign w:val="subscript"/>
        </w:rPr>
        <w:t>4</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PbSO</w:t>
      </w:r>
      <w:r>
        <w:rPr>
          <w:rFonts w:ascii="Yu Mincho" w:hAnsi="Yu Mincho" w:eastAsia="Yu Mincho"/>
          <w:b w:val="0"/>
          <w:sz w:val="21"/>
          <w:vertAlign w:val="subscript"/>
        </w:rPr>
        <w:t>4</w:t>
      </w:r>
      <w:r>
        <w:rPr>
          <w:rFonts w:ascii="Yu Mincho" w:hAnsi="Yu Mincho" w:eastAsia="Yu Mincho"/>
          <w:b w:val="0"/>
          <w:sz w:val="21"/>
        </w:rPr>
        <w:t xml:space="preserve"> ＋ 2H</w:t>
      </w:r>
      <w:r>
        <w:rPr>
          <w:rFonts w:ascii="Yu Mincho" w:hAnsi="Yu Mincho" w:eastAsia="Yu Mincho"/>
          <w:b w:val="0"/>
          <w:sz w:val="21"/>
          <w:vertAlign w:val="subscript"/>
        </w:rPr>
        <w:t>2</w:t>
      </w:r>
      <w:r>
        <w:rPr>
          <w:rFonts w:ascii="Yu Mincho" w:hAnsi="Yu Mincho" w:eastAsia="Yu Mincho"/>
          <w:b w:val="0"/>
          <w:sz w:val="21"/>
        </w:rPr>
        <w:t>O</w:t>
      </w:r>
    </w:p>
    <w:p>
      <w:pPr>
        <w:spacing w:before="100" w:after="40"/>
        <w:ind w:left="227"/>
      </w:pPr>
      <w:r>
        <w:rPr>
          <w:rFonts w:ascii="Yu Gothic" w:hAnsi="Yu Gothic" w:eastAsia="Yu Gothic"/>
          <w:b/>
          <w:color w:val="1A1A1A"/>
          <w:sz w:val="21"/>
        </w:rPr>
        <w:t>(2) 電解液の変化</w:t>
      </w:r>
    </w:p>
    <w:p>
      <w:pPr>
        <w:spacing w:before="20" w:after="40" w:line="360" w:lineRule="auto"/>
        <w:ind w:left="454"/>
      </w:pPr>
      <w:r>
        <w:rPr>
          <w:rFonts w:ascii="Yu Mincho" w:hAnsi="Yu Mincho" w:eastAsia="Yu Mincho"/>
          <w:b w:val="0"/>
          <w:sz w:val="21"/>
        </w:rPr>
        <w:t>両極とも硫酸イオン SO</w:t>
      </w:r>
      <w:r>
        <w:rPr>
          <w:rFonts w:ascii="Yu Mincho" w:hAnsi="Yu Mincho" w:eastAsia="Yu Mincho"/>
          <w:b w:val="0"/>
          <w:sz w:val="21"/>
          <w:vertAlign w:val="subscript"/>
        </w:rPr>
        <w:t>4</w:t>
      </w:r>
      <w:r>
        <w:rPr>
          <w:rFonts w:ascii="Yu Mincho" w:hAnsi="Yu Mincho" w:eastAsia="Yu Mincho"/>
          <w:b w:val="0"/>
          <w:sz w:val="21"/>
          <w:vertAlign w:val="superscript"/>
        </w:rPr>
        <w:t>2-</w:t>
      </w:r>
      <w:r>
        <w:rPr>
          <w:rFonts w:ascii="Yu Mincho" w:hAnsi="Yu Mincho" w:eastAsia="Yu Mincho"/>
          <w:b w:val="0"/>
          <w:sz w:val="21"/>
        </w:rPr>
        <w:t xml:space="preserve"> を消費し、正極では H</w:t>
      </w:r>
      <w:r>
        <w:rPr>
          <w:rFonts w:ascii="Yu Mincho" w:hAnsi="Yu Mincho" w:eastAsia="Yu Mincho"/>
          <w:b w:val="0"/>
          <w:sz w:val="21"/>
          <w:vertAlign w:val="superscript"/>
        </w:rPr>
        <w:t>+</w:t>
      </w:r>
      <w:r>
        <w:rPr>
          <w:rFonts w:ascii="Yu Mincho" w:hAnsi="Yu Mincho" w:eastAsia="Yu Mincho"/>
          <w:b w:val="0"/>
          <w:sz w:val="21"/>
        </w:rPr>
        <w:t xml:space="preserve"> も消費して水を生じる。</w:t>
      </w:r>
    </w:p>
    <w:p>
      <w:pPr>
        <w:spacing w:before="20" w:after="40" w:line="360" w:lineRule="auto"/>
        <w:ind w:left="454"/>
      </w:pPr>
      <w:r>
        <w:rPr>
          <w:rFonts w:ascii="Yu Mincho" w:hAnsi="Yu Mincho" w:eastAsia="Yu Mincho"/>
          <w:b w:val="0"/>
          <w:sz w:val="21"/>
        </w:rPr>
        <w:t>つまり硫酸が消費され水ができるので、希硫酸はうすくなる（濃度が下がる）。</w:t>
      </w:r>
    </w:p>
    <w:p>
      <w:pPr>
        <w:spacing w:before="160" w:after="80"/>
        <w:ind w:left="227"/>
        <w:pBdr>
          <w:top w:val="single" w:sz="4" w:space="1" w:color="DDDDDD"/>
        </w:pBdr>
      </w:pPr>
      <w:r>
        <w:rPr>
          <w:rFonts w:ascii="Yu Gothic" w:hAnsi="Yu Gothic" w:eastAsia="Yu Gothic"/>
          <w:b/>
          <w:color w:val="1E3A5F"/>
          <w:sz w:val="23"/>
        </w:rPr>
        <w:t xml:space="preserve">答　</w:t>
      </w:r>
      <w:r>
        <w:rPr>
          <w:rFonts w:ascii="Yu Mincho" w:hAnsi="Yu Mincho" w:eastAsia="Yu Mincho"/>
          <w:b/>
          <w:color w:val="1E3A5F"/>
          <w:sz w:val="21"/>
        </w:rPr>
        <w:t>(1) 負極 Pb ＋ SO</w:t>
      </w:r>
      <w:r>
        <w:rPr>
          <w:rFonts w:ascii="Yu Mincho" w:hAnsi="Yu Mincho" w:eastAsia="Yu Mincho"/>
          <w:b/>
          <w:color w:val="1E3A5F"/>
          <w:sz w:val="21"/>
          <w:vertAlign w:val="subscript"/>
        </w:rPr>
        <w:t>4</w:t>
      </w:r>
      <w:r>
        <w:rPr>
          <w:rFonts w:ascii="Yu Mincho" w:hAnsi="Yu Mincho" w:eastAsia="Yu Mincho"/>
          <w:b/>
          <w:color w:val="1E3A5F"/>
          <w:sz w:val="21"/>
          <w:vertAlign w:val="superscript"/>
        </w:rPr>
        <w:t>2-</w:t>
      </w:r>
      <w:r>
        <w:rPr>
          <w:rFonts w:ascii="Yu Mincho" w:hAnsi="Yu Mincho" w:eastAsia="Yu Mincho"/>
          <w:b/>
          <w:color w:val="1E3A5F"/>
          <w:sz w:val="21"/>
        </w:rPr>
        <w:t xml:space="preserve"> → PbSO</w:t>
      </w:r>
      <w:r>
        <w:rPr>
          <w:rFonts w:ascii="Yu Mincho" w:hAnsi="Yu Mincho" w:eastAsia="Yu Mincho"/>
          <w:b/>
          <w:color w:val="1E3A5F"/>
          <w:sz w:val="21"/>
          <w:vertAlign w:val="subscript"/>
        </w:rPr>
        <w:t>4</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／正極 PbO</w:t>
      </w:r>
      <w:r>
        <w:rPr>
          <w:rFonts w:ascii="Yu Mincho" w:hAnsi="Yu Mincho" w:eastAsia="Yu Mincho"/>
          <w:b/>
          <w:color w:val="1E3A5F"/>
          <w:sz w:val="21"/>
          <w:vertAlign w:val="subscript"/>
        </w:rPr>
        <w:t>2</w:t>
      </w:r>
      <w:r>
        <w:rPr>
          <w:rFonts w:ascii="Yu Mincho" w:hAnsi="Yu Mincho" w:eastAsia="Yu Mincho"/>
          <w:b/>
          <w:color w:val="1E3A5F"/>
          <w:sz w:val="21"/>
        </w:rPr>
        <w:t xml:space="preserve"> ＋ 4H</w:t>
      </w:r>
      <w:r>
        <w:rPr>
          <w:rFonts w:ascii="Yu Mincho" w:hAnsi="Yu Mincho" w:eastAsia="Yu Mincho"/>
          <w:b/>
          <w:color w:val="1E3A5F"/>
          <w:sz w:val="21"/>
          <w:vertAlign w:val="superscript"/>
        </w:rPr>
        <w:t>+</w:t>
      </w:r>
      <w:r>
        <w:rPr>
          <w:rFonts w:ascii="Yu Mincho" w:hAnsi="Yu Mincho" w:eastAsia="Yu Mincho"/>
          <w:b/>
          <w:color w:val="1E3A5F"/>
          <w:sz w:val="21"/>
        </w:rPr>
        <w:t xml:space="preserve"> ＋ SO</w:t>
      </w:r>
      <w:r>
        <w:rPr>
          <w:rFonts w:ascii="Yu Mincho" w:hAnsi="Yu Mincho" w:eastAsia="Yu Mincho"/>
          <w:b/>
          <w:color w:val="1E3A5F"/>
          <w:sz w:val="21"/>
          <w:vertAlign w:val="subscript"/>
        </w:rPr>
        <w:t>4</w:t>
      </w:r>
      <w:r>
        <w:rPr>
          <w:rFonts w:ascii="Yu Mincho" w:hAnsi="Yu Mincho" w:eastAsia="Yu Mincho"/>
          <w:b/>
          <w:color w:val="1E3A5F"/>
          <w:sz w:val="21"/>
          <w:vertAlign w:val="superscript"/>
        </w:rPr>
        <w:t>2-</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 xml:space="preserve"> → PbSO</w:t>
      </w:r>
      <w:r>
        <w:rPr>
          <w:rFonts w:ascii="Yu Mincho" w:hAnsi="Yu Mincho" w:eastAsia="Yu Mincho"/>
          <w:b/>
          <w:color w:val="1E3A5F"/>
          <w:sz w:val="21"/>
          <w:vertAlign w:val="subscript"/>
        </w:rPr>
        <w:t>4</w:t>
      </w:r>
      <w:r>
        <w:rPr>
          <w:rFonts w:ascii="Yu Mincho" w:hAnsi="Yu Mincho" w:eastAsia="Yu Mincho"/>
          <w:b/>
          <w:color w:val="1E3A5F"/>
          <w:sz w:val="21"/>
        </w:rPr>
        <w:t xml:space="preserve"> ＋ 2H</w:t>
      </w:r>
      <w:r>
        <w:rPr>
          <w:rFonts w:ascii="Yu Mincho" w:hAnsi="Yu Mincho" w:eastAsia="Yu Mincho"/>
          <w:b/>
          <w:color w:val="1E3A5F"/>
          <w:sz w:val="21"/>
          <w:vertAlign w:val="subscript"/>
        </w:rPr>
        <w:t>2</w:t>
      </w:r>
      <w:r>
        <w:rPr>
          <w:rFonts w:ascii="Yu Mincho" w:hAnsi="Yu Mincho" w:eastAsia="Yu Mincho"/>
          <w:b/>
          <w:color w:val="1E3A5F"/>
          <w:sz w:val="21"/>
        </w:rPr>
        <w:t>O　(2) うすくなる（濃度が下がる）</w:t>
      </w:r>
    </w:p>
    <w:p>
      <w:pPr>
        <w:spacing w:before="160" w:after="80" w:line="348" w:lineRule="auto"/>
        <w:ind w:left="227"/>
      </w:pPr>
      <w:r>
        <w:rPr>
          <w:rFonts w:ascii="Yu Gothic" w:hAnsi="Yu Gothic" w:eastAsia="Yu Gothic"/>
          <w:b/>
          <w:color w:val="B56A1A"/>
          <w:sz w:val="21"/>
        </w:rPr>
        <w:t xml:space="preserve">ポイント　</w:t>
      </w:r>
      <w:r>
        <w:rPr>
          <w:rFonts w:ascii="Yu Mincho" w:hAnsi="Yu Mincho" w:eastAsia="Yu Mincho"/>
          <w:b w:val="0"/>
          <w:sz w:val="21"/>
        </w:rPr>
        <w:t>鉛蓄電池の放電では両極とも PbSO</w:t>
      </w:r>
      <w:r>
        <w:rPr>
          <w:rFonts w:ascii="Yu Mincho" w:hAnsi="Yu Mincho" w:eastAsia="Yu Mincho"/>
          <w:b w:val="0"/>
          <w:sz w:val="21"/>
          <w:vertAlign w:val="subscript"/>
        </w:rPr>
        <w:t>4</w:t>
      </w:r>
      <w:r>
        <w:rPr>
          <w:rFonts w:ascii="Yu Mincho" w:hAnsi="Yu Mincho" w:eastAsia="Yu Mincho"/>
          <w:b w:val="0"/>
          <w:sz w:val="21"/>
        </w:rPr>
        <w:t xml:space="preserve"> になる。硫酸が消費され水ができるので、希硫酸はうすくなる。充電すると逆向きに戻る。</w:t>
      </w:r>
    </w:p>
    <w:p>
      <w:r>
        <w:br w:type="page"/>
      </w:r>
    </w:p>
    <w:p>
      <w:pPr>
        <w:spacing w:before="40" w:after="160"/>
        <w:pBdr>
          <w:bottom w:val="single" w:sz="6" w:space="1" w:color="1E3A5F"/>
        </w:pBdr>
      </w:pPr>
      <w:r>
        <w:rPr>
          <w:rFonts w:ascii="Yu Gothic" w:hAnsi="Yu Gothic" w:eastAsia="Yu Gothic"/>
          <w:b/>
          <w:color w:val="1E3A5F"/>
          <w:sz w:val="30"/>
        </w:rPr>
        <w:t xml:space="preserve">問6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ダニエル電池を放電させ、回路に電子が 0.20 mol 流れた。次の問いに答えよ。（負極 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、正極 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w:t>
      </w:r>
    </w:p>
    <w:p>
      <w:pPr>
        <w:spacing w:before="40" w:after="80" w:line="360" w:lineRule="auto"/>
        <w:ind w:left="227"/>
      </w:pPr>
      <w:r>
        <w:rPr>
          <w:rFonts w:ascii="Yu Mincho" w:hAnsi="Yu Mincho" w:eastAsia="Yu Mincho"/>
          <w:b w:val="0"/>
          <w:sz w:val="21"/>
        </w:rPr>
        <w:t>(1) 負極の Zn 板は何 g 減少するか。（Zn=65）</w:t>
      </w:r>
    </w:p>
    <w:p>
      <w:pPr>
        <w:spacing w:before="40" w:after="80" w:line="360" w:lineRule="auto"/>
        <w:ind w:left="227"/>
      </w:pPr>
      <w:r>
        <w:rPr>
          <w:rFonts w:ascii="Yu Mincho" w:hAnsi="Yu Mincho" w:eastAsia="Yu Mincho"/>
          <w:b w:val="0"/>
          <w:sz w:val="21"/>
        </w:rPr>
        <w:t>(2) 正極の Cu 板は何 g 増加するか。（Cu=64）</w:t>
      </w:r>
    </w:p>
    <w:p>
      <w:pPr>
        <w:spacing w:before="160" w:after="60"/>
      </w:pPr>
      <w:r>
        <w:rPr>
          <w:rFonts w:ascii="Yu Gothic" w:hAnsi="Yu Gothic" w:eastAsia="Yu Gothic"/>
          <w:b/>
          <w:color w:val="1E3A5F"/>
          <w:sz w:val="23"/>
        </w:rPr>
        <w:t>▸ この問題の考え方</w:t>
      </w:r>
    </w:p>
    <w:p>
      <w:pPr>
        <w:spacing w:before="40" w:after="80" w:line="360" w:lineRule="auto"/>
        <w:ind w:left="227"/>
      </w:pPr>
      <w:r>
        <w:rPr>
          <w:rFonts w:ascii="Yu Mincho" w:hAnsi="Yu Mincho" w:eastAsia="Yu Mincho"/>
          <w:b w:val="0"/>
          <w:sz w:val="21"/>
        </w:rPr>
        <w:t>流れた電子の mol と、各極の半反応式の電子の係数（どちらも 2e</w:t>
      </w:r>
      <w:r>
        <w:rPr>
          <w:rFonts w:ascii="Yu Mincho" w:hAnsi="Yu Mincho" w:eastAsia="Yu Mincho"/>
          <w:b w:val="0"/>
          <w:sz w:val="21"/>
          <w:vertAlign w:val="superscript"/>
        </w:rPr>
        <w:t>-</w:t>
      </w:r>
      <w:r>
        <w:rPr>
          <w:rFonts w:ascii="Yu Mincho" w:hAnsi="Yu Mincho" w:eastAsia="Yu Mincho"/>
          <w:b w:val="0"/>
          <w:sz w:val="21"/>
        </w:rPr>
        <w:t>）から、溶ける Zn・析出する Cu の mol を求め、質量に直します。電子2 mol あたり金属1 mol が反応する関係です。</w:t>
      </w:r>
    </w:p>
    <w:p>
      <w:pPr>
        <w:spacing w:before="160" w:after="60"/>
      </w:pPr>
      <w:r>
        <w:rPr>
          <w:rFonts w:ascii="Yu Gothic" w:hAnsi="Yu Gothic" w:eastAsia="Yu Gothic"/>
          <w:b/>
          <w:color w:val="1E3A5F"/>
          <w:sz w:val="23"/>
        </w:rPr>
        <w:t>▸ 解き方</w:t>
      </w:r>
    </w:p>
    <w:p>
      <w:pPr>
        <w:spacing w:before="100" w:after="40"/>
        <w:ind w:left="227"/>
      </w:pPr>
      <w:r>
        <w:rPr>
          <w:rFonts w:ascii="Yu Gothic" w:hAnsi="Yu Gothic" w:eastAsia="Yu Gothic"/>
          <w:b/>
          <w:color w:val="1A1A1A"/>
          <w:sz w:val="21"/>
        </w:rPr>
        <w:t>(1) Zn の減少量</w:t>
      </w:r>
    </w:p>
    <w:p>
      <w:pPr>
        <w:spacing w:before="20" w:after="40" w:line="360" w:lineRule="auto"/>
        <w:ind w:left="454"/>
      </w:pPr>
      <w:r>
        <w:rPr>
          <w:rFonts w:ascii="Yu Mincho" w:hAnsi="Yu Mincho" w:eastAsia="Yu Mincho"/>
          <w:b w:val="0"/>
          <w:sz w:val="21"/>
        </w:rPr>
        <w:t>負極 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より、電子 2 mol あたり Zn 1 mol が溶ける。</w:t>
      </w:r>
    </w:p>
    <w:p>
      <w:pPr>
        <w:spacing w:before="20" w:after="40" w:line="360" w:lineRule="auto"/>
        <w:ind w:left="454"/>
      </w:pPr>
      <w:r>
        <w:rPr>
          <w:rFonts w:ascii="Yu Mincho" w:hAnsi="Yu Mincho" w:eastAsia="Yu Mincho"/>
          <w:b w:val="0"/>
          <w:sz w:val="21"/>
        </w:rPr>
        <w:t>Zn ＝ 0.20 ÷ 2 ＝ 0.10 mol。質量 ＝ 0.10 × 65 ＝ 6.5 g 減少。</w:t>
      </w:r>
    </w:p>
    <w:p>
      <w:pPr>
        <w:spacing w:before="100" w:after="40"/>
        <w:ind w:left="227"/>
      </w:pPr>
      <w:r>
        <w:rPr>
          <w:rFonts w:ascii="Yu Gothic" w:hAnsi="Yu Gothic" w:eastAsia="Yu Gothic"/>
          <w:b/>
          <w:color w:val="1A1A1A"/>
          <w:sz w:val="21"/>
        </w:rPr>
        <w:t>(2) Cu の増加量</w:t>
      </w:r>
    </w:p>
    <w:p>
      <w:pPr>
        <w:spacing w:before="20" w:after="40" w:line="360" w:lineRule="auto"/>
        <w:ind w:left="454"/>
      </w:pPr>
      <w:r>
        <w:rPr>
          <w:rFonts w:ascii="Yu Mincho" w:hAnsi="Yu Mincho" w:eastAsia="Yu Mincho"/>
          <w:b w:val="0"/>
          <w:sz w:val="21"/>
        </w:rPr>
        <w:t>正極 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 より、電子 2 mol あたり Cu 1 mol が析出する。</w:t>
      </w:r>
    </w:p>
    <w:p>
      <w:pPr>
        <w:spacing w:before="20" w:after="40" w:line="360" w:lineRule="auto"/>
        <w:ind w:left="454"/>
      </w:pPr>
      <w:r>
        <w:rPr>
          <w:rFonts w:ascii="Yu Mincho" w:hAnsi="Yu Mincho" w:eastAsia="Yu Mincho"/>
          <w:b w:val="0"/>
          <w:sz w:val="21"/>
        </w:rPr>
        <w:t>Cu ＝ 0.20 ÷ 2 ＝ 0.10 mol。質量 ＝ 0.10 × 64 ＝ 6.4 g 増加。</w:t>
      </w:r>
    </w:p>
    <w:p>
      <w:pPr>
        <w:spacing w:before="160" w:after="80"/>
        <w:ind w:left="227"/>
        <w:pBdr>
          <w:top w:val="single" w:sz="4" w:space="1" w:color="DDDDDD"/>
        </w:pBdr>
      </w:pPr>
      <w:r>
        <w:rPr>
          <w:rFonts w:ascii="Yu Gothic" w:hAnsi="Yu Gothic" w:eastAsia="Yu Gothic"/>
          <w:b/>
          <w:color w:val="1E3A5F"/>
          <w:sz w:val="23"/>
        </w:rPr>
        <w:t xml:space="preserve">答　</w:t>
      </w:r>
      <w:r>
        <w:rPr>
          <w:rFonts w:ascii="Yu Mincho" w:hAnsi="Yu Mincho" w:eastAsia="Yu Mincho"/>
          <w:b/>
          <w:color w:val="1E3A5F"/>
          <w:sz w:val="21"/>
        </w:rPr>
        <w:t>(1) 6.5 g 減少　(2) 6.4 g 増加</w:t>
      </w:r>
    </w:p>
    <w:p>
      <w:pPr>
        <w:spacing w:before="160" w:after="80" w:line="348" w:lineRule="auto"/>
        <w:ind w:left="227"/>
      </w:pPr>
      <w:r>
        <w:rPr>
          <w:rFonts w:ascii="Yu Gothic" w:hAnsi="Yu Gothic" w:eastAsia="Yu Gothic"/>
          <w:b/>
          <w:color w:val="B56A1A"/>
          <w:sz w:val="21"/>
        </w:rPr>
        <w:t xml:space="preserve">ポイント　</w:t>
      </w:r>
      <w:r>
        <w:rPr>
          <w:rFonts w:ascii="Yu Mincho" w:hAnsi="Yu Mincho" w:eastAsia="Yu Mincho"/>
          <w:b w:val="0"/>
          <w:sz w:val="21"/>
        </w:rPr>
        <w:t>半反応式の電子の係数が2なので、金属の mol は電子の mol の半分（÷2）。最後に原子量をかけて質量にする。</w:t>
      </w:r>
    </w:p>
    <w:p>
      <w:r>
        <w:br w:type="page"/>
      </w:r>
    </w:p>
    <w:p>
      <w:pPr>
        <w:spacing w:before="40" w:after="160"/>
        <w:pBdr>
          <w:bottom w:val="single" w:sz="6" w:space="1" w:color="1E3A5F"/>
        </w:pBdr>
      </w:pPr>
      <w:r>
        <w:rPr>
          <w:rFonts w:ascii="Yu Gothic" w:hAnsi="Yu Gothic" w:eastAsia="Yu Gothic"/>
          <w:b/>
          <w:color w:val="1E3A5F"/>
          <w:sz w:val="30"/>
        </w:rPr>
        <w:t xml:space="preserve">問7　［標準］</w:t>
      </w:r>
    </w:p>
    <w:p>
      <w:pPr>
        <w:spacing w:before="40" w:after="120" w:line="360" w:lineRule="auto"/>
      </w:pPr>
      <w:r>
        <w:rPr>
          <w:rFonts w:ascii="Yu Mincho" w:hAnsi="Yu Mincho" w:eastAsia="Yu Mincho"/>
          <w:b w:val="0"/>
          <w:sz w:val="21"/>
        </w:rPr>
        <w:t xml:space="preserve">水素を燃料とする燃料電池について正しく述べたものを選べ。</w:t>
      </w:r>
    </w:p>
    <w:p>
      <w:pPr>
        <w:spacing w:before="40" w:after="80" w:line="360" w:lineRule="auto"/>
        <w:ind w:left="227"/>
      </w:pPr>
      <w:r>
        <w:rPr>
          <w:rFonts w:ascii="Yu Mincho" w:hAnsi="Yu Mincho" w:eastAsia="Yu Mincho"/>
          <w:b w:val="0"/>
          <w:sz w:val="21"/>
        </w:rPr>
        <w:t xml:space="preserve">ア　負極に酸素、正極に水素を供給する</w:t>
      </w:r>
    </w:p>
    <w:p>
      <w:pPr>
        <w:spacing w:before="40" w:after="80" w:line="360" w:lineRule="auto"/>
        <w:ind w:left="227"/>
      </w:pPr>
      <w:r>
        <w:rPr>
          <w:rFonts w:ascii="Yu Mincho" w:hAnsi="Yu Mincho" w:eastAsia="Yu Mincho"/>
          <w:b w:val="0"/>
          <w:sz w:val="21"/>
        </w:rPr>
        <w:t xml:space="preserve">イ　負極に水素、正極に酸素を供給し、全体の反応生成物は水だけである</w:t>
      </w:r>
    </w:p>
    <w:p>
      <w:pPr>
        <w:spacing w:before="40" w:after="80" w:line="360" w:lineRule="auto"/>
        <w:ind w:left="227"/>
      </w:pPr>
      <w:r>
        <w:rPr>
          <w:rFonts w:ascii="Yu Mincho" w:hAnsi="Yu Mincho" w:eastAsia="Yu Mincho"/>
          <w:b w:val="0"/>
          <w:sz w:val="21"/>
        </w:rPr>
        <w:t xml:space="preserve">ウ　充電することで内部の水素と酸素を再生しながら使う二次電池である</w:t>
      </w:r>
    </w:p>
    <w:p>
      <w:pPr>
        <w:spacing w:before="40" w:after="80" w:line="360" w:lineRule="auto"/>
        <w:ind w:left="227"/>
      </w:pPr>
      <w:r>
        <w:rPr>
          <w:rFonts w:ascii="Yu Mincho" w:hAnsi="Yu Mincho" w:eastAsia="Yu Mincho"/>
          <w:b w:val="0"/>
          <w:sz w:val="21"/>
        </w:rPr>
        <w:t xml:space="preserve">エ　全体の反応では水のほかに二酸化炭素が発生する</w:t>
      </w:r>
    </w:p>
    <w:p>
      <w:pPr>
        <w:spacing w:before="160" w:after="60"/>
      </w:pPr>
      <w:r>
        <w:rPr>
          <w:rFonts w:ascii="Yu Gothic" w:hAnsi="Yu Gothic" w:eastAsia="Yu Gothic"/>
          <w:b/>
          <w:color w:val="1E3A5F"/>
          <w:sz w:val="23"/>
        </w:rPr>
        <w:t xml:space="preserve">▸ この問題の考え方</w:t>
      </w:r>
    </w:p>
    <w:p>
      <w:pPr>
        <w:spacing w:before="40" w:after="80" w:line="360" w:lineRule="auto"/>
        <w:ind w:left="227"/>
      </w:pPr>
      <w:r>
        <w:rPr>
          <w:rFonts w:ascii="Yu Mincho" w:hAnsi="Yu Mincho" w:eastAsia="Yu Mincho"/>
          <w:b w:val="0"/>
          <w:sz w:val="21"/>
        </w:rPr>
        <w:t xml:space="preserve">負極に水素（酸化され H</w:t>
      </w:r>
      <w:r>
        <w:rPr>
          <w:rFonts w:ascii="Yu Mincho" w:hAnsi="Yu Mincho" w:eastAsia="Yu Mincho"/>
          <w:b w:val="0"/>
          <w:sz w:val="21"/>
          <w:vertAlign w:val="superscript"/>
        </w:rPr>
        <w:t xml:space="preserve">+</w:t>
      </w:r>
      <w:r>
        <w:rPr>
          <w:rFonts w:ascii="Yu Mincho" w:hAnsi="Yu Mincho" w:eastAsia="Yu Mincho"/>
          <w:b w:val="0"/>
          <w:sz w:val="21"/>
        </w:rPr>
        <w:t xml:space="preserve"> と e</w:t>
      </w:r>
      <w:r>
        <w:rPr>
          <w:rFonts w:ascii="Yu Mincho" w:hAnsi="Yu Mincho" w:eastAsia="Yu Mincho"/>
          <w:b w:val="0"/>
          <w:sz w:val="21"/>
          <w:vertAlign w:val="superscript"/>
        </w:rPr>
        <w:t xml:space="preserve">-</w:t>
      </w:r>
      <w:r>
        <w:rPr>
          <w:rFonts w:ascii="Yu Mincho" w:hAnsi="Yu Mincho" w:eastAsia="Yu Mincho"/>
          <w:b w:val="0"/>
          <w:sz w:val="21"/>
        </w:rPr>
        <w:t xml:space="preserve"> に）、正極に酸素（還元）を供給する。全体は 2H</w:t>
      </w:r>
      <w:r>
        <w:rPr>
          <w:rFonts w:ascii="Yu Mincho" w:hAnsi="Yu Mincho" w:eastAsia="Yu Mincho"/>
          <w:b w:val="0"/>
          <w:sz w:val="21"/>
          <w:vertAlign w:val="subscript"/>
        </w:rPr>
        <w:t xml:space="preserve">2</w:t>
      </w:r>
      <w:r>
        <w:rPr>
          <w:rFonts w:ascii="Yu Mincho" w:hAnsi="Yu Mincho" w:eastAsia="Yu Mincho"/>
          <w:b w:val="0"/>
          <w:sz w:val="21"/>
        </w:rPr>
        <w:t xml:space="preserve">＋O</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で、生成物は水だけ。</w:t>
      </w:r>
    </w:p>
    <w:p>
      <w:pPr>
        <w:spacing w:before="160" w:after="80"/>
        <w:ind w:left="227"/>
        <w:pBdr>
          <w:top w:val="single" w:sz="4" w:space="1" w:color="DDDDDD"/>
        </w:pBdr>
      </w:pPr>
      <w:r>
        <w:rPr>
          <w:rFonts w:ascii="Yu Gothic" w:hAnsi="Yu Gothic" w:eastAsia="Yu Gothic"/>
          <w:b/>
          <w:color w:val="1E3A5F"/>
          <w:sz w:val="23"/>
        </w:rPr>
        <w:t xml:space="preserve">答　イ</w:t>
      </w:r>
    </w:p>
    <w:p>
      <w:pPr>
        <w:spacing w:before="160" w:after="80" w:line="348" w:lineRule="auto"/>
        <w:ind w:left="227"/>
      </w:pPr>
      <w:r>
        <w:rPr>
          <w:rFonts w:ascii="Yu Gothic" w:hAnsi="Yu Gothic" w:eastAsia="Yu Gothic"/>
          <w:b/>
          <w:color w:val="B56A1A"/>
          <w:sz w:val="21"/>
        </w:rPr>
        <w:t xml:space="preserve">ポイント　「燃料＝負極」。電池共通の「負極＝酸化」に「燃料は酸化されるもの」を重ねるだけ。</w:t>
      </w:r>
    </w:p>
    <w:p>
      <w:r>
        <w:br w:type="page"/>
      </w:r>
    </w:p>
    <w:p>
      <w:pPr>
        <w:spacing w:before="40" w:after="160"/>
        <w:pBdr>
          <w:bottom w:val="single" w:sz="6" w:space="1" w:color="1E3A5F"/>
        </w:pBdr>
      </w:pPr>
      <w:r>
        <w:rPr>
          <w:rFonts w:ascii="Yu Gothic" w:hAnsi="Yu Gothic" w:eastAsia="Yu Gothic"/>
          <w:b/>
          <w:color w:val="1E3A5F"/>
          <w:sz w:val="30"/>
        </w:rPr>
        <w:t xml:space="preserve">問8　［標準］</w:t>
      </w:r>
    </w:p>
    <w:p>
      <w:pPr>
        <w:spacing w:before="40" w:after="120" w:line="360" w:lineRule="auto"/>
      </w:pPr>
      <w:r>
        <w:rPr>
          <w:rFonts w:ascii="Yu Mincho" w:hAnsi="Yu Mincho" w:eastAsia="Yu Mincho"/>
          <w:b w:val="0"/>
          <w:sz w:val="21"/>
        </w:rPr>
        <w:t xml:space="preserve">水素 H</w:t>
      </w:r>
      <w:r>
        <w:rPr>
          <w:rFonts w:ascii="Yu Mincho" w:hAnsi="Yu Mincho" w:eastAsia="Yu Mincho"/>
          <w:b w:val="0"/>
          <w:sz w:val="21"/>
          <w:vertAlign w:val="subscript"/>
        </w:rPr>
        <w:t xml:space="preserve">2</w:t>
      </w:r>
      <w:r>
        <w:rPr>
          <w:rFonts w:ascii="Yu Mincho" w:hAnsi="Yu Mincho" w:eastAsia="Yu Mincho"/>
          <w:b w:val="0"/>
          <w:sz w:val="21"/>
        </w:rPr>
        <w:t xml:space="preserve"> と酸素 O</w:t>
      </w:r>
      <w:r>
        <w:rPr>
          <w:rFonts w:ascii="Yu Mincho" w:hAnsi="Yu Mincho" w:eastAsia="Yu Mincho"/>
          <w:b w:val="0"/>
          <w:sz w:val="21"/>
          <w:vertAlign w:val="subscript"/>
        </w:rPr>
        <w:t xml:space="preserve">2</w:t>
      </w:r>
      <w:r>
        <w:rPr>
          <w:rFonts w:ascii="Yu Mincho" w:hAnsi="Yu Mincho" w:eastAsia="Yu Mincho"/>
          <w:b w:val="0"/>
          <w:sz w:val="21"/>
        </w:rPr>
        <w:t xml:space="preserve"> を用いる燃料電池（リン酸形）は、次の反応で電気エネルギーを取り出す。  負極：H</w:t>
      </w:r>
      <w:r>
        <w:rPr>
          <w:rFonts w:ascii="Yu Mincho" w:hAnsi="Yu Mincho" w:eastAsia="Yu Mincho"/>
          <w:b w:val="0"/>
          <w:sz w:val="21"/>
          <w:vertAlign w:val="subscript"/>
        </w:rPr>
        <w:t xml:space="preserve">2</w:t>
      </w:r>
      <w:r>
        <w:rPr>
          <w:rFonts w:ascii="Yu Mincho" w:hAnsi="Yu Mincho" w:eastAsia="Yu Mincho"/>
          <w:b w:val="0"/>
          <w:sz w:val="21"/>
        </w:rPr>
        <w:t xml:space="preserve"> → 2H</w:t>
      </w:r>
      <w:r>
        <w:rPr>
          <w:rFonts w:ascii="Yu Mincho" w:hAnsi="Yu Mincho" w:eastAsia="Yu Mincho"/>
          <w:b w:val="0"/>
          <w:sz w:val="21"/>
          <w:vertAlign w:val="superscript"/>
        </w:rPr>
        <w:t xml:space="preserve">+</w:t>
      </w:r>
      <w:r>
        <w:rPr>
          <w:rFonts w:ascii="Yu Mincho" w:hAnsi="Yu Mincho" w:eastAsia="Yu Mincho"/>
          <w:b w:val="0"/>
          <w:sz w:val="21"/>
        </w:rPr>
        <w:t xml:space="preserve"> ＋ 2e</w:t>
      </w:r>
      <w:r>
        <w:rPr>
          <w:rFonts w:ascii="Yu Mincho" w:hAnsi="Yu Mincho" w:eastAsia="Yu Mincho"/>
          <w:b w:val="0"/>
          <w:sz w:val="21"/>
          <w:vertAlign w:val="superscript"/>
        </w:rPr>
        <w:t xml:space="preserve">-</w:t>
      </w:r>
      <w:r>
        <w:rPr>
          <w:rFonts w:ascii="Yu Mincho" w:hAnsi="Yu Mincho" w:eastAsia="Yu Mincho"/>
          <w:b w:val="0"/>
          <w:sz w:val="21"/>
        </w:rPr>
        <w:t xml:space="preserve">  正極：O</w:t>
      </w:r>
      <w:r>
        <w:rPr>
          <w:rFonts w:ascii="Yu Mincho" w:hAnsi="Yu Mincho" w:eastAsia="Yu Mincho"/>
          <w:b w:val="0"/>
          <w:sz w:val="21"/>
          <w:vertAlign w:val="subscript"/>
        </w:rPr>
        <w:t xml:space="preserve">2</w:t>
      </w:r>
      <w:r>
        <w:rPr>
          <w:rFonts w:ascii="Yu Mincho" w:hAnsi="Yu Mincho" w:eastAsia="Yu Mincho"/>
          <w:b w:val="0"/>
          <w:sz w:val="21"/>
        </w:rPr>
        <w:t xml:space="preserve"> ＋ 4H</w:t>
      </w:r>
      <w:r>
        <w:rPr>
          <w:rFonts w:ascii="Yu Mincho" w:hAnsi="Yu Mincho" w:eastAsia="Yu Mincho"/>
          <w:b w:val="0"/>
          <w:sz w:val="21"/>
          <w:vertAlign w:val="superscript"/>
        </w:rPr>
        <w:t xml:space="preserve">+</w:t>
      </w:r>
      <w:r>
        <w:rPr>
          <w:rFonts w:ascii="Yu Mincho" w:hAnsi="Yu Mincho" w:eastAsia="Yu Mincho"/>
          <w:b w:val="0"/>
          <w:sz w:val="21"/>
        </w:rPr>
        <w:t xml:space="preserve"> ＋ 4e</w:t>
      </w:r>
      <w:r>
        <w:rPr>
          <w:rFonts w:ascii="Yu Mincho" w:hAnsi="Yu Mincho" w:eastAsia="Yu Mincho"/>
          <w:b w:val="0"/>
          <w:sz w:val="21"/>
          <w:vertAlign w:val="superscript"/>
        </w:rPr>
        <w:t xml:space="preserve">-</w:t>
      </w:r>
      <w:r>
        <w:rPr>
          <w:rFonts w:ascii="Yu Mincho" w:hAnsi="Yu Mincho" w:eastAsia="Yu Mincho"/>
          <w:b w:val="0"/>
          <w:sz w:val="21"/>
        </w:rPr>
        <w:t xml:space="preserve"> → 2H</w:t>
      </w:r>
      <w:r>
        <w:rPr>
          <w:rFonts w:ascii="Yu Mincho" w:hAnsi="Yu Mincho" w:eastAsia="Yu Mincho"/>
          <w:b w:val="0"/>
          <w:sz w:val="21"/>
          <w:vertAlign w:val="subscript"/>
        </w:rPr>
        <w:t xml:space="preserve">2</w:t>
      </w:r>
      <w:r>
        <w:rPr>
          <w:rFonts w:ascii="Yu Mincho" w:hAnsi="Yu Mincho" w:eastAsia="Yu Mincho"/>
          <w:b w:val="0"/>
          <w:sz w:val="21"/>
        </w:rPr>
        <w:t xml:space="preserve">O  この燃料電池を放電させ、回路に電子が 0.40 mol 流れたとき、次の問いに答えよ。（標準状態の気体のモル体積 22.4 L/mol、ファラデー定数 F＝9.65×10</w:t>
      </w:r>
      <w:r>
        <w:rPr>
          <w:rFonts w:ascii="Yu Mincho" w:hAnsi="Yu Mincho" w:eastAsia="Yu Mincho"/>
          <w:b w:val="0"/>
          <w:sz w:val="21"/>
          <w:vertAlign w:val="superscript"/>
        </w:rPr>
        <w:t xml:space="preserve">4</w:t>
      </w:r>
      <w:r>
        <w:rPr>
          <w:rFonts w:ascii="Yu Mincho" w:hAnsi="Yu Mincho" w:eastAsia="Yu Mincho"/>
          <w:b w:val="0"/>
          <w:sz w:val="21"/>
        </w:rPr>
        <w:t xml:space="preserve"> C/mol）</w:t>
      </w:r>
    </w:p>
    <w:p>
      <w:pPr>
        <w:spacing w:before="160" w:after="60"/>
      </w:pPr>
      <w:r>
        <w:rPr>
          <w:rFonts w:ascii="Yu Gothic" w:hAnsi="Yu Gothic" w:eastAsia="Yu Gothic"/>
          <w:b/>
          <w:color w:val="1E3A5F"/>
          <w:sz w:val="23"/>
        </w:rPr>
        <w:t xml:space="preserve">▸ この問題の考え方</w:t>
      </w:r>
    </w:p>
    <w:p>
      <w:pPr>
        <w:spacing w:before="40" w:after="80" w:line="360" w:lineRule="auto"/>
        <w:ind w:left="227"/>
      </w:pPr>
      <w:r>
        <w:rPr>
          <w:rFonts w:ascii="Yu Mincho" w:hAnsi="Yu Mincho" w:eastAsia="Yu Mincho"/>
          <w:b w:val="0"/>
          <w:sz w:val="21"/>
        </w:rPr>
        <w:t xml:space="preserve">電気量＝電子の物質量×ファラデー定数。負極は H</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perscript"/>
        </w:rPr>
        <w:t xml:space="preserve">+</w:t>
      </w:r>
      <w:r>
        <w:rPr>
          <w:rFonts w:ascii="Yu Mincho" w:hAnsi="Yu Mincho" w:eastAsia="Yu Mincho"/>
          <w:b w:val="0"/>
          <w:sz w:val="21"/>
        </w:rPr>
        <w:t xml:space="preserve">＋2e</w:t>
      </w:r>
      <w:r>
        <w:rPr>
          <w:rFonts w:ascii="Yu Mincho" w:hAnsi="Yu Mincho" w:eastAsia="Yu Mincho"/>
          <w:b w:val="0"/>
          <w:sz w:val="21"/>
          <w:vertAlign w:val="superscript"/>
        </w:rPr>
        <w:t xml:space="preserve">-</w:t>
      </w:r>
      <w:r>
        <w:rPr>
          <w:rFonts w:ascii="Yu Mincho" w:hAnsi="Yu Mincho" w:eastAsia="Yu Mincho"/>
          <w:b w:val="0"/>
          <w:sz w:val="21"/>
        </w:rPr>
        <w:t xml:space="preserve"> なので電子2molでH</w:t>
      </w:r>
      <w:r>
        <w:rPr>
          <w:rFonts w:ascii="Yu Mincho" w:hAnsi="Yu Mincho" w:eastAsia="Yu Mincho"/>
          <w:b w:val="0"/>
          <w:sz w:val="21"/>
          <w:vertAlign w:val="subscript"/>
        </w:rPr>
        <w:t xml:space="preserve">2</w:t>
      </w:r>
      <w:r>
        <w:rPr>
          <w:rFonts w:ascii="Yu Mincho" w:hAnsi="Yu Mincho" w:eastAsia="Yu Mincho"/>
          <w:b w:val="0"/>
          <w:sz w:val="21"/>
        </w:rPr>
        <w:t xml:space="preserve">1mol消費（H</w:t>
      </w:r>
      <w:r>
        <w:rPr>
          <w:rFonts w:ascii="Yu Mincho" w:hAnsi="Yu Mincho" w:eastAsia="Yu Mincho"/>
          <w:b w:val="0"/>
          <w:sz w:val="21"/>
          <w:vertAlign w:val="subscript"/>
        </w:rPr>
        <w:t xml:space="preserve">2</w:t>
      </w:r>
      <w:r>
        <w:rPr>
          <w:rFonts w:ascii="Yu Mincho" w:hAnsi="Yu Mincho" w:eastAsia="Yu Mincho"/>
          <w:b w:val="0"/>
          <w:sz w:val="21"/>
        </w:rPr>
        <w:t xml:space="preserve">＝電子mol÷2）。正極は O</w:t>
      </w:r>
      <w:r>
        <w:rPr>
          <w:rFonts w:ascii="Yu Mincho" w:hAnsi="Yu Mincho" w:eastAsia="Yu Mincho"/>
          <w:b w:val="0"/>
          <w:sz w:val="21"/>
          <w:vertAlign w:val="subscript"/>
        </w:rPr>
        <w:t xml:space="preserve">2</w:t>
      </w:r>
      <w:r>
        <w:rPr>
          <w:rFonts w:ascii="Yu Mincho" w:hAnsi="Yu Mincho" w:eastAsia="Yu Mincho"/>
          <w:b w:val="0"/>
          <w:sz w:val="21"/>
        </w:rPr>
        <w:t xml:space="preserve">＋4H</w:t>
      </w:r>
      <w:r>
        <w:rPr>
          <w:rFonts w:ascii="Yu Mincho" w:hAnsi="Yu Mincho" w:eastAsia="Yu Mincho"/>
          <w:b w:val="0"/>
          <w:sz w:val="21"/>
          <w:vertAlign w:val="superscript"/>
        </w:rPr>
        <w:t xml:space="preserve">+</w:t>
      </w:r>
      <w:r>
        <w:rPr>
          <w:rFonts w:ascii="Yu Mincho" w:hAnsi="Yu Mincho" w:eastAsia="Yu Mincho"/>
          <w:b w:val="0"/>
          <w:sz w:val="21"/>
        </w:rPr>
        <w:t xml:space="preserve">＋4e</w:t>
      </w:r>
      <w:r>
        <w:rPr>
          <w:rFonts w:ascii="Yu Mincho" w:hAnsi="Yu Mincho" w:eastAsia="Yu Mincho"/>
          <w:b w:val="0"/>
          <w:sz w:val="21"/>
          <w:vertAlign w:val="superscript"/>
        </w:rPr>
        <w:t xml:space="preserve">-</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なので電子4molでO</w:t>
      </w:r>
      <w:r>
        <w:rPr>
          <w:rFonts w:ascii="Yu Mincho" w:hAnsi="Yu Mincho" w:eastAsia="Yu Mincho"/>
          <w:b w:val="0"/>
          <w:sz w:val="21"/>
          <w:vertAlign w:val="subscript"/>
        </w:rPr>
        <w:t xml:space="preserve">2</w:t>
      </w:r>
      <w:r>
        <w:rPr>
          <w:rFonts w:ascii="Yu Mincho" w:hAnsi="Yu Mincho" w:eastAsia="Yu Mincho"/>
          <w:b w:val="0"/>
          <w:sz w:val="21"/>
        </w:rPr>
        <w:t xml:space="preserve">1mol消費（O</w:t>
      </w:r>
      <w:r>
        <w:rPr>
          <w:rFonts w:ascii="Yu Mincho" w:hAnsi="Yu Mincho" w:eastAsia="Yu Mincho"/>
          <w:b w:val="0"/>
          <w:sz w:val="21"/>
          <w:vertAlign w:val="subscript"/>
        </w:rPr>
        <w:t xml:space="preserve">2</w:t>
      </w:r>
      <w:r>
        <w:rPr>
          <w:rFonts w:ascii="Yu Mincho" w:hAnsi="Yu Mincho" w:eastAsia="Yu Mincho"/>
          <w:b w:val="0"/>
          <w:sz w:val="21"/>
        </w:rPr>
        <w:t xml:space="preserve">＝電子mol÷4）。</w:t>
      </w:r>
    </w:p>
    <w:p>
      <w:pPr>
        <w:spacing w:before="160" w:after="60"/>
      </w:pPr>
      <w:r>
        <w:rPr>
          <w:rFonts w:ascii="Yu Gothic" w:hAnsi="Yu Gothic" w:eastAsia="Yu Gothic"/>
          <w:b/>
          <w:color w:val="1E3A5F"/>
          <w:sz w:val="23"/>
        </w:rPr>
        <w:t xml:space="preserve">▸ 解き方</w:t>
      </w:r>
    </w:p>
    <w:p>
      <w:pPr>
        <w:spacing w:before="40" w:after="80" w:line="360" w:lineRule="auto"/>
        <w:ind w:left="227"/>
      </w:pPr>
      <w:r>
        <w:rPr>
          <w:rFonts w:ascii="Yu Mincho" w:hAnsi="Yu Mincho" w:eastAsia="Yu Mincho"/>
          <w:b w:val="0"/>
          <w:sz w:val="21"/>
        </w:rPr>
        <w:t xml:space="preserve">(1) 電気量＝0.40×9.65×10</w:t>
      </w:r>
      <w:r>
        <w:rPr>
          <w:rFonts w:ascii="Yu Mincho" w:hAnsi="Yu Mincho" w:eastAsia="Yu Mincho"/>
          <w:b w:val="0"/>
          <w:sz w:val="21"/>
          <w:vertAlign w:val="superscript"/>
        </w:rPr>
        <w:t xml:space="preserve">4</w:t>
      </w:r>
      <w:r>
        <w:rPr>
          <w:rFonts w:ascii="Yu Mincho" w:hAnsi="Yu Mincho" w:eastAsia="Yu Mincho"/>
          <w:b w:val="0"/>
          <w:sz w:val="21"/>
        </w:rPr>
        <w:t xml:space="preserve">＝3.86×10</w:t>
      </w:r>
      <w:r>
        <w:rPr>
          <w:rFonts w:ascii="Yu Mincho" w:hAnsi="Yu Mincho" w:eastAsia="Yu Mincho"/>
          <w:b w:val="0"/>
          <w:sz w:val="21"/>
          <w:vertAlign w:val="superscript"/>
        </w:rPr>
        <w:t xml:space="preserve">4</w:t>
      </w:r>
      <w:r>
        <w:rPr>
          <w:rFonts w:ascii="Yu Mincho" w:hAnsi="Yu Mincho" w:eastAsia="Yu Mincho"/>
          <w:b w:val="0"/>
          <w:sz w:val="21"/>
        </w:rPr>
        <w:t xml:space="preserve"> C</w:t>
      </w:r>
    </w:p>
    <w:p>
      <w:pPr>
        <w:spacing w:before="40" w:after="80" w:line="360" w:lineRule="auto"/>
        <w:ind w:left="227"/>
      </w:pPr>
      <w:r>
        <w:rPr>
          <w:rFonts w:ascii="Yu Mincho" w:hAnsi="Yu Mincho" w:eastAsia="Yu Mincho"/>
          <w:b w:val="0"/>
          <w:sz w:val="21"/>
        </w:rPr>
        <w:t xml:space="preserve">(2) H</w:t>
      </w:r>
      <w:r>
        <w:rPr>
          <w:rFonts w:ascii="Yu Mincho" w:hAnsi="Yu Mincho" w:eastAsia="Yu Mincho"/>
          <w:b w:val="0"/>
          <w:sz w:val="21"/>
          <w:vertAlign w:val="subscript"/>
        </w:rPr>
        <w:t xml:space="preserve">2</w:t>
      </w:r>
      <w:r>
        <w:rPr>
          <w:rFonts w:ascii="Yu Mincho" w:hAnsi="Yu Mincho" w:eastAsia="Yu Mincho"/>
          <w:b w:val="0"/>
          <w:sz w:val="21"/>
        </w:rPr>
        <w:t xml:space="preserve">＝0.40÷2＝0.20 mol、体積＝0.20×22.4＝4.48 L</w:t>
      </w:r>
    </w:p>
    <w:p>
      <w:pPr>
        <w:spacing w:before="40" w:after="80" w:line="360" w:lineRule="auto"/>
        <w:ind w:left="227"/>
      </w:pPr>
      <w:r>
        <w:rPr>
          <w:rFonts w:ascii="Yu Mincho" w:hAnsi="Yu Mincho" w:eastAsia="Yu Mincho"/>
          <w:b w:val="0"/>
          <w:sz w:val="21"/>
        </w:rPr>
        <w:t xml:space="preserve">(3) O</w:t>
      </w:r>
      <w:r>
        <w:rPr>
          <w:rFonts w:ascii="Yu Mincho" w:hAnsi="Yu Mincho" w:eastAsia="Yu Mincho"/>
          <w:b w:val="0"/>
          <w:sz w:val="21"/>
          <w:vertAlign w:val="subscript"/>
        </w:rPr>
        <w:t xml:space="preserve">2</w:t>
      </w:r>
      <w:r>
        <w:rPr>
          <w:rFonts w:ascii="Yu Mincho" w:hAnsi="Yu Mincho" w:eastAsia="Yu Mincho"/>
          <w:b w:val="0"/>
          <w:sz w:val="21"/>
        </w:rPr>
        <w:t xml:space="preserve">＝0.40÷4＝0.10 mol、体積＝0.10×22.4＝2.24 L</w:t>
      </w:r>
    </w:p>
    <w:p>
      <w:pPr>
        <w:spacing w:before="160" w:after="80"/>
        <w:ind w:left="227"/>
        <w:pBdr>
          <w:top w:val="single" w:sz="4" w:space="1" w:color="DDDDDD"/>
        </w:pBdr>
      </w:pPr>
      <w:r>
        <w:rPr>
          <w:rFonts w:ascii="Yu Gothic" w:hAnsi="Yu Gothic" w:eastAsia="Yu Gothic"/>
          <w:b/>
          <w:color w:val="1E3A5F"/>
          <w:sz w:val="23"/>
        </w:rPr>
        <w:t xml:space="preserve">答　(1) 3.86×10</w:t>
      </w:r>
      <w:r>
        <w:rPr>
          <w:rFonts w:ascii="Yu Gothic" w:hAnsi="Yu Gothic" w:eastAsia="Yu Gothic"/>
          <w:b/>
          <w:color w:val="1E3A5F"/>
          <w:sz w:val="23"/>
          <w:vertAlign w:val="superscript"/>
        </w:rPr>
        <w:t xml:space="preserve">4</w:t>
      </w:r>
      <w:r>
        <w:rPr>
          <w:rFonts w:ascii="Yu Gothic" w:hAnsi="Yu Gothic" w:eastAsia="Yu Gothic"/>
          <w:b/>
          <w:color w:val="1E3A5F"/>
          <w:sz w:val="23"/>
        </w:rPr>
        <w:t xml:space="preserve"> C (2) 4.48 L (3) 2.24 L</w:t>
      </w:r>
    </w:p>
    <w:p>
      <w:pPr>
        <w:spacing w:before="160" w:after="80" w:line="348" w:lineRule="auto"/>
        <w:ind w:left="227"/>
      </w:pPr>
      <w:r>
        <w:rPr>
          <w:rFonts w:ascii="Yu Gothic" w:hAnsi="Yu Gothic" w:eastAsia="Yu Gothic"/>
          <w:b/>
          <w:color w:val="B56A1A"/>
          <w:sz w:val="21"/>
        </w:rPr>
        <w:t xml:space="preserve">ポイント　電気量＝電子 mol×F。気体の消費量は半反応式の電子の係数で割る（H</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は2e</w:t>
      </w:r>
      <w:r>
        <w:rPr>
          <w:rFonts w:ascii="Yu Gothic" w:hAnsi="Yu Gothic" w:eastAsia="Yu Gothic"/>
          <w:b/>
          <w:color w:val="B56A1A"/>
          <w:sz w:val="21"/>
          <w:vertAlign w:val="superscript"/>
        </w:rPr>
        <w:t xml:space="preserve">-</w:t>
      </w:r>
      <w:r>
        <w:rPr>
          <w:rFonts w:ascii="Yu Gothic" w:hAnsi="Yu Gothic" w:eastAsia="Yu Gothic"/>
          <w:b/>
          <w:color w:val="B56A1A"/>
          <w:sz w:val="21"/>
        </w:rPr>
        <w:t xml:space="preserve">で1mol、O</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は4e</w:t>
      </w:r>
      <w:r>
        <w:rPr>
          <w:rFonts w:ascii="Yu Gothic" w:hAnsi="Yu Gothic" w:eastAsia="Yu Gothic"/>
          <w:b/>
          <w:color w:val="B56A1A"/>
          <w:sz w:val="21"/>
          <w:vertAlign w:val="superscript"/>
        </w:rPr>
        <w:t xml:space="preserve">-</w:t>
      </w:r>
      <w:r>
        <w:rPr>
          <w:rFonts w:ascii="Yu Gothic" w:hAnsi="Yu Gothic" w:eastAsia="Yu Gothic"/>
          <w:b/>
          <w:color w:val="B56A1A"/>
          <w:sz w:val="21"/>
        </w:rPr>
        <w:t xml:space="preserve">で1mol）。H</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と O</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の消費比は 2:1。</w:t>
      </w:r>
    </w:p>
    <w:p>
      <w:r>
        <w:br w:type="page"/>
      </w:r>
    </w:p>
    <w:p>
      <w:pPr>
        <w:spacing w:before="40" w:after="160"/>
        <w:pBdr>
          <w:bottom w:val="single" w:sz="6" w:space="1" w:color="1E3A5F"/>
        </w:pBdr>
      </w:pPr>
      <w:r>
        <w:rPr>
          <w:rFonts w:ascii="Yu Gothic" w:hAnsi="Yu Gothic" w:eastAsia="Yu Gothic"/>
          <w:b/>
          <w:color w:val="1E3A5F"/>
          <w:sz w:val="30"/>
        </w:rPr>
        <w:t xml:space="preserve">問9　［基礎］</w:t>
      </w:r>
    </w:p>
    <w:p>
      <w:pPr>
        <w:spacing w:before="40" w:after="120" w:line="360" w:lineRule="auto"/>
      </w:pPr>
      <w:r>
        <w:rPr>
          <w:rFonts w:ascii="Yu Mincho" w:hAnsi="Yu Mincho" w:eastAsia="Yu Mincho"/>
          <w:b w:val="0"/>
          <w:sz w:val="21"/>
        </w:rPr>
        <w:t xml:space="preserve">電池の分類について正しく述べたものを選べ。</w:t>
      </w:r>
    </w:p>
    <w:p>
      <w:pPr>
        <w:spacing w:before="40" w:after="80" w:line="360" w:lineRule="auto"/>
        <w:ind w:left="227"/>
      </w:pPr>
      <w:r>
        <w:rPr>
          <w:rFonts w:ascii="Yu Mincho" w:hAnsi="Yu Mincho" w:eastAsia="Yu Mincho"/>
          <w:b w:val="0"/>
          <w:sz w:val="21"/>
        </w:rPr>
        <w:t xml:space="preserve">ア　鉛蓄電池やリチウムイオン電池は、充電して繰り返し使える二次電池である</w:t>
      </w:r>
    </w:p>
    <w:p>
      <w:pPr>
        <w:spacing w:before="40" w:after="80" w:line="360" w:lineRule="auto"/>
        <w:ind w:left="227"/>
      </w:pPr>
      <w:r>
        <w:rPr>
          <w:rFonts w:ascii="Yu Mincho" w:hAnsi="Yu Mincho" w:eastAsia="Yu Mincho"/>
          <w:b w:val="0"/>
          <w:sz w:val="21"/>
        </w:rPr>
        <w:t xml:space="preserve">イ　マンガン乾電池は充電して繰り返し使える二次電池である</w:t>
      </w:r>
    </w:p>
    <w:p>
      <w:pPr>
        <w:spacing w:before="40" w:after="80" w:line="360" w:lineRule="auto"/>
        <w:ind w:left="227"/>
      </w:pPr>
      <w:r>
        <w:rPr>
          <w:rFonts w:ascii="Yu Mincho" w:hAnsi="Yu Mincho" w:eastAsia="Yu Mincho"/>
          <w:b w:val="0"/>
          <w:sz w:val="21"/>
        </w:rPr>
        <w:t xml:space="preserve">ウ　一次電池とは、最初に1回だけ充電してから使う電池のことである</w:t>
      </w:r>
    </w:p>
    <w:p>
      <w:pPr>
        <w:spacing w:before="40" w:after="80" w:line="360" w:lineRule="auto"/>
        <w:ind w:left="227"/>
      </w:pPr>
      <w:r>
        <w:rPr>
          <w:rFonts w:ascii="Yu Mincho" w:hAnsi="Yu Mincho" w:eastAsia="Yu Mincho"/>
          <w:b w:val="0"/>
          <w:sz w:val="21"/>
        </w:rPr>
        <w:t xml:space="preserve">エ　鉛蓄電池は充電できない一次電池である</w:t>
      </w:r>
    </w:p>
    <w:p>
      <w:pPr>
        <w:spacing w:before="160" w:after="60"/>
      </w:pPr>
      <w:r>
        <w:rPr>
          <w:rFonts w:ascii="Yu Gothic" w:hAnsi="Yu Gothic" w:eastAsia="Yu Gothic"/>
          <w:b/>
          <w:color w:val="1E3A5F"/>
          <w:sz w:val="23"/>
        </w:rPr>
        <w:t xml:space="preserve">▸ この問題の考え方</w:t>
      </w:r>
    </w:p>
    <w:p>
      <w:pPr>
        <w:spacing w:before="40" w:after="80" w:line="360" w:lineRule="auto"/>
        <w:ind w:left="227"/>
      </w:pPr>
      <w:r>
        <w:rPr>
          <w:rFonts w:ascii="Yu Mincho" w:hAnsi="Yu Mincho" w:eastAsia="Yu Mincho"/>
          <w:b w:val="0"/>
          <w:sz w:val="21"/>
        </w:rPr>
        <w:t xml:space="preserve">一次電池＝充電できず使い切り（マンガン乾電池など）。二次電池＝充電して繰り返し使える（鉛蓄電池・リチウムイオン電池など）。</w:t>
      </w:r>
    </w:p>
    <w:p>
      <w:pPr>
        <w:spacing w:before="160" w:after="80"/>
        <w:ind w:left="227"/>
        <w:pBdr>
          <w:top w:val="single" w:sz="4" w:space="1" w:color="DDDDDD"/>
        </w:pBdr>
      </w:pPr>
      <w:r>
        <w:rPr>
          <w:rFonts w:ascii="Yu Gothic" w:hAnsi="Yu Gothic" w:eastAsia="Yu Gothic"/>
          <w:b/>
          <w:color w:val="1E3A5F"/>
          <w:sz w:val="23"/>
        </w:rPr>
        <w:t xml:space="preserve">答　ア</w:t>
      </w:r>
    </w:p>
    <w:p>
      <w:pPr>
        <w:spacing w:before="160" w:after="80" w:line="348" w:lineRule="auto"/>
        <w:ind w:left="227"/>
      </w:pPr>
      <w:r>
        <w:rPr>
          <w:rFonts w:ascii="Yu Gothic" w:hAnsi="Yu Gothic" w:eastAsia="Yu Gothic"/>
          <w:b/>
          <w:color w:val="B56A1A"/>
          <w:sz w:val="21"/>
        </w:rPr>
        <w:t xml:space="preserve">ポイント　一次＝使い切り、二次＝蓄電池。スマホ（リチウムイオン）も車のバッテリー（鉛蓄電池）も二次。</w:t>
      </w:r>
    </w:p>
    <w:p>
      <w:r>
        <w:br w:type="page"/>
      </w:r>
    </w:p>
    <w:p>
      <w:pPr>
        <w:spacing w:before="40" w:after="160"/>
        <w:pBdr>
          <w:bottom w:val="single" w:sz="6" w:space="1" w:color="1E3A5F"/>
        </w:pBdr>
      </w:pPr>
      <w:r>
        <w:rPr>
          <w:rFonts w:ascii="Yu Gothic" w:hAnsi="Yu Gothic" w:eastAsia="Yu Gothic"/>
          <w:b/>
          <w:color w:val="1E3A5F"/>
          <w:sz w:val="30"/>
        </w:rPr>
        <w:t xml:space="preserve">問10　［標準］</w:t>
      </w:r>
    </w:p>
    <w:p>
      <w:pPr>
        <w:spacing w:before="40" w:after="120" w:line="360" w:lineRule="auto"/>
      </w:pPr>
      <w:r>
        <w:rPr>
          <w:rFonts w:ascii="Yu Mincho" w:hAnsi="Yu Mincho" w:eastAsia="Yu Mincho"/>
          <w:b w:val="0"/>
          <w:sz w:val="21"/>
        </w:rPr>
        <w:t xml:space="preserve">水素を燃料とする燃料電池について正しく述べたものを選べ。</w:t>
      </w:r>
    </w:p>
    <w:p>
      <w:pPr>
        <w:spacing w:before="40" w:after="80" w:line="360" w:lineRule="auto"/>
        <w:ind w:left="227"/>
      </w:pPr>
      <w:r>
        <w:rPr>
          <w:rFonts w:ascii="Yu Mincho" w:hAnsi="Yu Mincho" w:eastAsia="Yu Mincho"/>
          <w:b w:val="0"/>
          <w:sz w:val="21"/>
        </w:rPr>
        <w:t xml:space="preserve">ア　負極に酸素、正極に水素を供給する</w:t>
      </w:r>
    </w:p>
    <w:p>
      <w:pPr>
        <w:spacing w:before="40" w:after="80" w:line="360" w:lineRule="auto"/>
        <w:ind w:left="227"/>
      </w:pPr>
      <w:r>
        <w:rPr>
          <w:rFonts w:ascii="Yu Mincho" w:hAnsi="Yu Mincho" w:eastAsia="Yu Mincho"/>
          <w:b w:val="0"/>
          <w:sz w:val="21"/>
        </w:rPr>
        <w:t xml:space="preserve">イ　負極に水素、正極に酸素を供給し、全体の反応生成物は水だけである</w:t>
      </w:r>
    </w:p>
    <w:p>
      <w:pPr>
        <w:spacing w:before="40" w:after="80" w:line="360" w:lineRule="auto"/>
        <w:ind w:left="227"/>
      </w:pPr>
      <w:r>
        <w:rPr>
          <w:rFonts w:ascii="Yu Mincho" w:hAnsi="Yu Mincho" w:eastAsia="Yu Mincho"/>
          <w:b w:val="0"/>
          <w:sz w:val="21"/>
        </w:rPr>
        <w:t xml:space="preserve">ウ　充電することで内部の水素と酸素を再生しながら使う二次電池である</w:t>
      </w:r>
    </w:p>
    <w:p>
      <w:pPr>
        <w:spacing w:before="40" w:after="80" w:line="360" w:lineRule="auto"/>
        <w:ind w:left="227"/>
      </w:pPr>
      <w:r>
        <w:rPr>
          <w:rFonts w:ascii="Yu Mincho" w:hAnsi="Yu Mincho" w:eastAsia="Yu Mincho"/>
          <w:b w:val="0"/>
          <w:sz w:val="21"/>
        </w:rPr>
        <w:t xml:space="preserve">エ　全体の反応では水のほかに二酸化炭素が発生する</w:t>
      </w:r>
    </w:p>
    <w:p>
      <w:pPr>
        <w:spacing w:before="160" w:after="60"/>
      </w:pPr>
      <w:r>
        <w:rPr>
          <w:rFonts w:ascii="Yu Gothic" w:hAnsi="Yu Gothic" w:eastAsia="Yu Gothic"/>
          <w:b/>
          <w:color w:val="1E3A5F"/>
          <w:sz w:val="23"/>
        </w:rPr>
        <w:t xml:space="preserve">▸ この問題の考え方</w:t>
      </w:r>
    </w:p>
    <w:p>
      <w:pPr>
        <w:spacing w:before="40" w:after="80" w:line="360" w:lineRule="auto"/>
        <w:ind w:left="227"/>
      </w:pPr>
      <w:r>
        <w:rPr>
          <w:rFonts w:ascii="Yu Mincho" w:hAnsi="Yu Mincho" w:eastAsia="Yu Mincho"/>
          <w:b w:val="0"/>
          <w:sz w:val="21"/>
        </w:rPr>
        <w:t xml:space="preserve">負極に水素（酸化され H</w:t>
      </w:r>
      <w:r>
        <w:rPr>
          <w:rFonts w:ascii="Yu Mincho" w:hAnsi="Yu Mincho" w:eastAsia="Yu Mincho"/>
          <w:b w:val="0"/>
          <w:sz w:val="21"/>
          <w:vertAlign w:val="superscript"/>
        </w:rPr>
        <w:t xml:space="preserve">+</w:t>
      </w:r>
      <w:r>
        <w:rPr>
          <w:rFonts w:ascii="Yu Mincho" w:hAnsi="Yu Mincho" w:eastAsia="Yu Mincho"/>
          <w:b w:val="0"/>
          <w:sz w:val="21"/>
        </w:rPr>
        <w:t xml:space="preserve"> と e</w:t>
      </w:r>
      <w:r>
        <w:rPr>
          <w:rFonts w:ascii="Yu Mincho" w:hAnsi="Yu Mincho" w:eastAsia="Yu Mincho"/>
          <w:b w:val="0"/>
          <w:sz w:val="21"/>
          <w:vertAlign w:val="superscript"/>
        </w:rPr>
        <w:t xml:space="preserve">-</w:t>
      </w:r>
      <w:r>
        <w:rPr>
          <w:rFonts w:ascii="Yu Mincho" w:hAnsi="Yu Mincho" w:eastAsia="Yu Mincho"/>
          <w:b w:val="0"/>
          <w:sz w:val="21"/>
        </w:rPr>
        <w:t xml:space="preserve"> に）、正極に酸素（還元）を供給する。全体は 2H</w:t>
      </w:r>
      <w:r>
        <w:rPr>
          <w:rFonts w:ascii="Yu Mincho" w:hAnsi="Yu Mincho" w:eastAsia="Yu Mincho"/>
          <w:b w:val="0"/>
          <w:sz w:val="21"/>
          <w:vertAlign w:val="subscript"/>
        </w:rPr>
        <w:t xml:space="preserve">2</w:t>
      </w:r>
      <w:r>
        <w:rPr>
          <w:rFonts w:ascii="Yu Mincho" w:hAnsi="Yu Mincho" w:eastAsia="Yu Mincho"/>
          <w:b w:val="0"/>
          <w:sz w:val="21"/>
        </w:rPr>
        <w:t xml:space="preserve">＋O</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で、生成物は水だけ。</w:t>
      </w:r>
    </w:p>
    <w:p>
      <w:pPr>
        <w:spacing w:before="160" w:after="80"/>
        <w:ind w:left="227"/>
        <w:pBdr>
          <w:top w:val="single" w:sz="4" w:space="1" w:color="DDDDDD"/>
        </w:pBdr>
      </w:pPr>
      <w:r>
        <w:rPr>
          <w:rFonts w:ascii="Yu Gothic" w:hAnsi="Yu Gothic" w:eastAsia="Yu Gothic"/>
          <w:b/>
          <w:color w:val="1E3A5F"/>
          <w:sz w:val="23"/>
        </w:rPr>
        <w:t xml:space="preserve">答　イ</w:t>
      </w:r>
    </w:p>
    <w:p>
      <w:pPr>
        <w:spacing w:before="160" w:after="80" w:line="348" w:lineRule="auto"/>
        <w:ind w:left="227"/>
      </w:pPr>
      <w:r>
        <w:rPr>
          <w:rFonts w:ascii="Yu Gothic" w:hAnsi="Yu Gothic" w:eastAsia="Yu Gothic"/>
          <w:b/>
          <w:color w:val="B56A1A"/>
          <w:sz w:val="21"/>
        </w:rPr>
        <w:t xml:space="preserve">ポイント　「燃料＝負極」。電池共通の「負極＝酸化」に「燃料は酸化されるもの」を重ねるだけ。</w:t>
      </w:r>
    </w:p>
    <w:p>
      <w:r>
        <w:br w:type="page"/>
      </w:r>
    </w:p>
    <w:p>
      <w:pPr>
        <w:spacing w:before="40" w:after="160"/>
        <w:pBdr>
          <w:bottom w:val="single" w:sz="6" w:space="1" w:color="1E3A5F"/>
        </w:pBdr>
      </w:pPr>
      <w:r>
        <w:rPr>
          <w:rFonts w:ascii="Yu Gothic" w:hAnsi="Yu Gothic" w:eastAsia="Yu Gothic"/>
          <w:b/>
          <w:color w:val="1E3A5F"/>
          <w:sz w:val="30"/>
        </w:rPr>
        <w:t xml:space="preserve">問11　［標準］</w:t>
      </w:r>
    </w:p>
    <w:p>
      <w:pPr>
        <w:spacing w:before="40" w:after="120" w:line="360" w:lineRule="auto"/>
      </w:pPr>
      <w:r>
        <w:rPr>
          <w:rFonts w:ascii="Yu Mincho" w:hAnsi="Yu Mincho" w:eastAsia="Yu Mincho"/>
          <w:b w:val="0"/>
          <w:sz w:val="21"/>
        </w:rPr>
        <w:t xml:space="preserve">水素 H</w:t>
      </w:r>
      <w:r>
        <w:rPr>
          <w:rFonts w:ascii="Yu Mincho" w:hAnsi="Yu Mincho" w:eastAsia="Yu Mincho"/>
          <w:b w:val="0"/>
          <w:sz w:val="21"/>
          <w:vertAlign w:val="subscript"/>
        </w:rPr>
        <w:t xml:space="preserve">2</w:t>
      </w:r>
      <w:r>
        <w:rPr>
          <w:rFonts w:ascii="Yu Mincho" w:hAnsi="Yu Mincho" w:eastAsia="Yu Mincho"/>
          <w:b w:val="0"/>
          <w:sz w:val="21"/>
        </w:rPr>
        <w:t xml:space="preserve"> と酸素 O</w:t>
      </w:r>
      <w:r>
        <w:rPr>
          <w:rFonts w:ascii="Yu Mincho" w:hAnsi="Yu Mincho" w:eastAsia="Yu Mincho"/>
          <w:b w:val="0"/>
          <w:sz w:val="21"/>
          <w:vertAlign w:val="subscript"/>
        </w:rPr>
        <w:t xml:space="preserve">2</w:t>
      </w:r>
      <w:r>
        <w:rPr>
          <w:rFonts w:ascii="Yu Mincho" w:hAnsi="Yu Mincho" w:eastAsia="Yu Mincho"/>
          <w:b w:val="0"/>
          <w:sz w:val="21"/>
        </w:rPr>
        <w:t xml:space="preserve"> を用いる燃料電池（リン酸形）は、次の反応で電気エネルギーを取り出す。  負極：H</w:t>
      </w:r>
      <w:r>
        <w:rPr>
          <w:rFonts w:ascii="Yu Mincho" w:hAnsi="Yu Mincho" w:eastAsia="Yu Mincho"/>
          <w:b w:val="0"/>
          <w:sz w:val="21"/>
          <w:vertAlign w:val="subscript"/>
        </w:rPr>
        <w:t xml:space="preserve">2</w:t>
      </w:r>
      <w:r>
        <w:rPr>
          <w:rFonts w:ascii="Yu Mincho" w:hAnsi="Yu Mincho" w:eastAsia="Yu Mincho"/>
          <w:b w:val="0"/>
          <w:sz w:val="21"/>
        </w:rPr>
        <w:t xml:space="preserve"> → 2H</w:t>
      </w:r>
      <w:r>
        <w:rPr>
          <w:rFonts w:ascii="Yu Mincho" w:hAnsi="Yu Mincho" w:eastAsia="Yu Mincho"/>
          <w:b w:val="0"/>
          <w:sz w:val="21"/>
          <w:vertAlign w:val="superscript"/>
        </w:rPr>
        <w:t xml:space="preserve">+</w:t>
      </w:r>
      <w:r>
        <w:rPr>
          <w:rFonts w:ascii="Yu Mincho" w:hAnsi="Yu Mincho" w:eastAsia="Yu Mincho"/>
          <w:b w:val="0"/>
          <w:sz w:val="21"/>
        </w:rPr>
        <w:t xml:space="preserve"> ＋ 2e</w:t>
      </w:r>
      <w:r>
        <w:rPr>
          <w:rFonts w:ascii="Yu Mincho" w:hAnsi="Yu Mincho" w:eastAsia="Yu Mincho"/>
          <w:b w:val="0"/>
          <w:sz w:val="21"/>
          <w:vertAlign w:val="superscript"/>
        </w:rPr>
        <w:t xml:space="preserve">-</w:t>
      </w:r>
      <w:r>
        <w:rPr>
          <w:rFonts w:ascii="Yu Mincho" w:hAnsi="Yu Mincho" w:eastAsia="Yu Mincho"/>
          <w:b w:val="0"/>
          <w:sz w:val="21"/>
        </w:rPr>
        <w:t xml:space="preserve">  正極：O</w:t>
      </w:r>
      <w:r>
        <w:rPr>
          <w:rFonts w:ascii="Yu Mincho" w:hAnsi="Yu Mincho" w:eastAsia="Yu Mincho"/>
          <w:b w:val="0"/>
          <w:sz w:val="21"/>
          <w:vertAlign w:val="subscript"/>
        </w:rPr>
        <w:t xml:space="preserve">2</w:t>
      </w:r>
      <w:r>
        <w:rPr>
          <w:rFonts w:ascii="Yu Mincho" w:hAnsi="Yu Mincho" w:eastAsia="Yu Mincho"/>
          <w:b w:val="0"/>
          <w:sz w:val="21"/>
        </w:rPr>
        <w:t xml:space="preserve"> ＋ 4H</w:t>
      </w:r>
      <w:r>
        <w:rPr>
          <w:rFonts w:ascii="Yu Mincho" w:hAnsi="Yu Mincho" w:eastAsia="Yu Mincho"/>
          <w:b w:val="0"/>
          <w:sz w:val="21"/>
          <w:vertAlign w:val="superscript"/>
        </w:rPr>
        <w:t xml:space="preserve">+</w:t>
      </w:r>
      <w:r>
        <w:rPr>
          <w:rFonts w:ascii="Yu Mincho" w:hAnsi="Yu Mincho" w:eastAsia="Yu Mincho"/>
          <w:b w:val="0"/>
          <w:sz w:val="21"/>
        </w:rPr>
        <w:t xml:space="preserve"> ＋ 4e</w:t>
      </w:r>
      <w:r>
        <w:rPr>
          <w:rFonts w:ascii="Yu Mincho" w:hAnsi="Yu Mincho" w:eastAsia="Yu Mincho"/>
          <w:b w:val="0"/>
          <w:sz w:val="21"/>
          <w:vertAlign w:val="superscript"/>
        </w:rPr>
        <w:t xml:space="preserve">-</w:t>
      </w:r>
      <w:r>
        <w:rPr>
          <w:rFonts w:ascii="Yu Mincho" w:hAnsi="Yu Mincho" w:eastAsia="Yu Mincho"/>
          <w:b w:val="0"/>
          <w:sz w:val="21"/>
        </w:rPr>
        <w:t xml:space="preserve"> → 2H</w:t>
      </w:r>
      <w:r>
        <w:rPr>
          <w:rFonts w:ascii="Yu Mincho" w:hAnsi="Yu Mincho" w:eastAsia="Yu Mincho"/>
          <w:b w:val="0"/>
          <w:sz w:val="21"/>
          <w:vertAlign w:val="subscript"/>
        </w:rPr>
        <w:t xml:space="preserve">2</w:t>
      </w:r>
      <w:r>
        <w:rPr>
          <w:rFonts w:ascii="Yu Mincho" w:hAnsi="Yu Mincho" w:eastAsia="Yu Mincho"/>
          <w:b w:val="0"/>
          <w:sz w:val="21"/>
        </w:rPr>
        <w:t xml:space="preserve">O  この燃料電池を放電させ、回路に電子が 0.40 mol 流れたとき、次の問いに答えよ。（標準状態の気体のモル体積 22.4 L/mol、ファラデー定数 F＝9.65×10</w:t>
      </w:r>
      <w:r>
        <w:rPr>
          <w:rFonts w:ascii="Yu Mincho" w:hAnsi="Yu Mincho" w:eastAsia="Yu Mincho"/>
          <w:b w:val="0"/>
          <w:sz w:val="21"/>
          <w:vertAlign w:val="superscript"/>
        </w:rPr>
        <w:t xml:space="preserve">4</w:t>
      </w:r>
      <w:r>
        <w:rPr>
          <w:rFonts w:ascii="Yu Mincho" w:hAnsi="Yu Mincho" w:eastAsia="Yu Mincho"/>
          <w:b w:val="0"/>
          <w:sz w:val="21"/>
        </w:rPr>
        <w:t xml:space="preserve"> C/mol）</w:t>
      </w:r>
    </w:p>
    <w:p>
      <w:pPr>
        <w:spacing w:before="160" w:after="60"/>
      </w:pPr>
      <w:r>
        <w:rPr>
          <w:rFonts w:ascii="Yu Gothic" w:hAnsi="Yu Gothic" w:eastAsia="Yu Gothic"/>
          <w:b/>
          <w:color w:val="1E3A5F"/>
          <w:sz w:val="23"/>
        </w:rPr>
        <w:t xml:space="preserve">▸ この問題の考え方</w:t>
      </w:r>
    </w:p>
    <w:p>
      <w:pPr>
        <w:spacing w:before="40" w:after="80" w:line="360" w:lineRule="auto"/>
        <w:ind w:left="227"/>
      </w:pPr>
      <w:r>
        <w:rPr>
          <w:rFonts w:ascii="Yu Mincho" w:hAnsi="Yu Mincho" w:eastAsia="Yu Mincho"/>
          <w:b w:val="0"/>
          <w:sz w:val="21"/>
        </w:rPr>
        <w:t xml:space="preserve">電気量＝電子の物質量×ファラデー定数。負極は H</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perscript"/>
        </w:rPr>
        <w:t xml:space="preserve">+</w:t>
      </w:r>
      <w:r>
        <w:rPr>
          <w:rFonts w:ascii="Yu Mincho" w:hAnsi="Yu Mincho" w:eastAsia="Yu Mincho"/>
          <w:b w:val="0"/>
          <w:sz w:val="21"/>
        </w:rPr>
        <w:t xml:space="preserve">＋2e</w:t>
      </w:r>
      <w:r>
        <w:rPr>
          <w:rFonts w:ascii="Yu Mincho" w:hAnsi="Yu Mincho" w:eastAsia="Yu Mincho"/>
          <w:b w:val="0"/>
          <w:sz w:val="21"/>
          <w:vertAlign w:val="superscript"/>
        </w:rPr>
        <w:t xml:space="preserve">-</w:t>
      </w:r>
      <w:r>
        <w:rPr>
          <w:rFonts w:ascii="Yu Mincho" w:hAnsi="Yu Mincho" w:eastAsia="Yu Mincho"/>
          <w:b w:val="0"/>
          <w:sz w:val="21"/>
        </w:rPr>
        <w:t xml:space="preserve"> なので電子2molでH</w:t>
      </w:r>
      <w:r>
        <w:rPr>
          <w:rFonts w:ascii="Yu Mincho" w:hAnsi="Yu Mincho" w:eastAsia="Yu Mincho"/>
          <w:b w:val="0"/>
          <w:sz w:val="21"/>
          <w:vertAlign w:val="subscript"/>
        </w:rPr>
        <w:t xml:space="preserve">2</w:t>
      </w:r>
      <w:r>
        <w:rPr>
          <w:rFonts w:ascii="Yu Mincho" w:hAnsi="Yu Mincho" w:eastAsia="Yu Mincho"/>
          <w:b w:val="0"/>
          <w:sz w:val="21"/>
        </w:rPr>
        <w:t xml:space="preserve">1mol消費（H</w:t>
      </w:r>
      <w:r>
        <w:rPr>
          <w:rFonts w:ascii="Yu Mincho" w:hAnsi="Yu Mincho" w:eastAsia="Yu Mincho"/>
          <w:b w:val="0"/>
          <w:sz w:val="21"/>
          <w:vertAlign w:val="subscript"/>
        </w:rPr>
        <w:t xml:space="preserve">2</w:t>
      </w:r>
      <w:r>
        <w:rPr>
          <w:rFonts w:ascii="Yu Mincho" w:hAnsi="Yu Mincho" w:eastAsia="Yu Mincho"/>
          <w:b w:val="0"/>
          <w:sz w:val="21"/>
        </w:rPr>
        <w:t xml:space="preserve">＝電子mol÷2）。正極は O</w:t>
      </w:r>
      <w:r>
        <w:rPr>
          <w:rFonts w:ascii="Yu Mincho" w:hAnsi="Yu Mincho" w:eastAsia="Yu Mincho"/>
          <w:b w:val="0"/>
          <w:sz w:val="21"/>
          <w:vertAlign w:val="subscript"/>
        </w:rPr>
        <w:t xml:space="preserve">2</w:t>
      </w:r>
      <w:r>
        <w:rPr>
          <w:rFonts w:ascii="Yu Mincho" w:hAnsi="Yu Mincho" w:eastAsia="Yu Mincho"/>
          <w:b w:val="0"/>
          <w:sz w:val="21"/>
        </w:rPr>
        <w:t xml:space="preserve">＋4H</w:t>
      </w:r>
      <w:r>
        <w:rPr>
          <w:rFonts w:ascii="Yu Mincho" w:hAnsi="Yu Mincho" w:eastAsia="Yu Mincho"/>
          <w:b w:val="0"/>
          <w:sz w:val="21"/>
          <w:vertAlign w:val="superscript"/>
        </w:rPr>
        <w:t xml:space="preserve">+</w:t>
      </w:r>
      <w:r>
        <w:rPr>
          <w:rFonts w:ascii="Yu Mincho" w:hAnsi="Yu Mincho" w:eastAsia="Yu Mincho"/>
          <w:b w:val="0"/>
          <w:sz w:val="21"/>
        </w:rPr>
        <w:t xml:space="preserve">＋4e</w:t>
      </w:r>
      <w:r>
        <w:rPr>
          <w:rFonts w:ascii="Yu Mincho" w:hAnsi="Yu Mincho" w:eastAsia="Yu Mincho"/>
          <w:b w:val="0"/>
          <w:sz w:val="21"/>
          <w:vertAlign w:val="superscript"/>
        </w:rPr>
        <w:t xml:space="preserve">-</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なので電子4molでO</w:t>
      </w:r>
      <w:r>
        <w:rPr>
          <w:rFonts w:ascii="Yu Mincho" w:hAnsi="Yu Mincho" w:eastAsia="Yu Mincho"/>
          <w:b w:val="0"/>
          <w:sz w:val="21"/>
          <w:vertAlign w:val="subscript"/>
        </w:rPr>
        <w:t xml:space="preserve">2</w:t>
      </w:r>
      <w:r>
        <w:rPr>
          <w:rFonts w:ascii="Yu Mincho" w:hAnsi="Yu Mincho" w:eastAsia="Yu Mincho"/>
          <w:b w:val="0"/>
          <w:sz w:val="21"/>
        </w:rPr>
        <w:t xml:space="preserve">1mol消費（O</w:t>
      </w:r>
      <w:r>
        <w:rPr>
          <w:rFonts w:ascii="Yu Mincho" w:hAnsi="Yu Mincho" w:eastAsia="Yu Mincho"/>
          <w:b w:val="0"/>
          <w:sz w:val="21"/>
          <w:vertAlign w:val="subscript"/>
        </w:rPr>
        <w:t xml:space="preserve">2</w:t>
      </w:r>
      <w:r>
        <w:rPr>
          <w:rFonts w:ascii="Yu Mincho" w:hAnsi="Yu Mincho" w:eastAsia="Yu Mincho"/>
          <w:b w:val="0"/>
          <w:sz w:val="21"/>
        </w:rPr>
        <w:t xml:space="preserve">＝電子mol÷4）。</w:t>
      </w:r>
    </w:p>
    <w:p>
      <w:pPr>
        <w:spacing w:before="160" w:after="60"/>
      </w:pPr>
      <w:r>
        <w:rPr>
          <w:rFonts w:ascii="Yu Gothic" w:hAnsi="Yu Gothic" w:eastAsia="Yu Gothic"/>
          <w:b/>
          <w:color w:val="1E3A5F"/>
          <w:sz w:val="23"/>
        </w:rPr>
        <w:t xml:space="preserve">▸ 解き方</w:t>
      </w:r>
    </w:p>
    <w:p>
      <w:pPr>
        <w:spacing w:before="40" w:after="80" w:line="360" w:lineRule="auto"/>
        <w:ind w:left="227"/>
      </w:pPr>
      <w:r>
        <w:rPr>
          <w:rFonts w:ascii="Yu Mincho" w:hAnsi="Yu Mincho" w:eastAsia="Yu Mincho"/>
          <w:b w:val="0"/>
          <w:sz w:val="21"/>
        </w:rPr>
        <w:t xml:space="preserve">(1) 電気量＝0.40×9.65×10</w:t>
      </w:r>
      <w:r>
        <w:rPr>
          <w:rFonts w:ascii="Yu Mincho" w:hAnsi="Yu Mincho" w:eastAsia="Yu Mincho"/>
          <w:b w:val="0"/>
          <w:sz w:val="21"/>
          <w:vertAlign w:val="superscript"/>
        </w:rPr>
        <w:t xml:space="preserve">4</w:t>
      </w:r>
      <w:r>
        <w:rPr>
          <w:rFonts w:ascii="Yu Mincho" w:hAnsi="Yu Mincho" w:eastAsia="Yu Mincho"/>
          <w:b w:val="0"/>
          <w:sz w:val="21"/>
        </w:rPr>
        <w:t xml:space="preserve">＝3.86×10</w:t>
      </w:r>
      <w:r>
        <w:rPr>
          <w:rFonts w:ascii="Yu Mincho" w:hAnsi="Yu Mincho" w:eastAsia="Yu Mincho"/>
          <w:b w:val="0"/>
          <w:sz w:val="21"/>
          <w:vertAlign w:val="superscript"/>
        </w:rPr>
        <w:t xml:space="preserve">4</w:t>
      </w:r>
      <w:r>
        <w:rPr>
          <w:rFonts w:ascii="Yu Mincho" w:hAnsi="Yu Mincho" w:eastAsia="Yu Mincho"/>
          <w:b w:val="0"/>
          <w:sz w:val="21"/>
        </w:rPr>
        <w:t xml:space="preserve"> C</w:t>
      </w:r>
    </w:p>
    <w:p>
      <w:pPr>
        <w:spacing w:before="40" w:after="80" w:line="360" w:lineRule="auto"/>
        <w:ind w:left="227"/>
      </w:pPr>
      <w:r>
        <w:rPr>
          <w:rFonts w:ascii="Yu Mincho" w:hAnsi="Yu Mincho" w:eastAsia="Yu Mincho"/>
          <w:b w:val="0"/>
          <w:sz w:val="21"/>
        </w:rPr>
        <w:t xml:space="preserve">(2) H</w:t>
      </w:r>
      <w:r>
        <w:rPr>
          <w:rFonts w:ascii="Yu Mincho" w:hAnsi="Yu Mincho" w:eastAsia="Yu Mincho"/>
          <w:b w:val="0"/>
          <w:sz w:val="21"/>
          <w:vertAlign w:val="subscript"/>
        </w:rPr>
        <w:t xml:space="preserve">2</w:t>
      </w:r>
      <w:r>
        <w:rPr>
          <w:rFonts w:ascii="Yu Mincho" w:hAnsi="Yu Mincho" w:eastAsia="Yu Mincho"/>
          <w:b w:val="0"/>
          <w:sz w:val="21"/>
        </w:rPr>
        <w:t xml:space="preserve">＝0.40÷2＝0.20 mol、体積＝0.20×22.4＝4.48 L</w:t>
      </w:r>
    </w:p>
    <w:p>
      <w:pPr>
        <w:spacing w:before="40" w:after="80" w:line="360" w:lineRule="auto"/>
        <w:ind w:left="227"/>
      </w:pPr>
      <w:r>
        <w:rPr>
          <w:rFonts w:ascii="Yu Mincho" w:hAnsi="Yu Mincho" w:eastAsia="Yu Mincho"/>
          <w:b w:val="0"/>
          <w:sz w:val="21"/>
        </w:rPr>
        <w:t xml:space="preserve">(3) O</w:t>
      </w:r>
      <w:r>
        <w:rPr>
          <w:rFonts w:ascii="Yu Mincho" w:hAnsi="Yu Mincho" w:eastAsia="Yu Mincho"/>
          <w:b w:val="0"/>
          <w:sz w:val="21"/>
          <w:vertAlign w:val="subscript"/>
        </w:rPr>
        <w:t xml:space="preserve">2</w:t>
      </w:r>
      <w:r>
        <w:rPr>
          <w:rFonts w:ascii="Yu Mincho" w:hAnsi="Yu Mincho" w:eastAsia="Yu Mincho"/>
          <w:b w:val="0"/>
          <w:sz w:val="21"/>
        </w:rPr>
        <w:t xml:space="preserve">＝0.40÷4＝0.10 mol、体積＝0.10×22.4＝2.24 L</w:t>
      </w:r>
    </w:p>
    <w:p>
      <w:pPr>
        <w:spacing w:before="160" w:after="80"/>
        <w:ind w:left="227"/>
        <w:pBdr>
          <w:top w:val="single" w:sz="4" w:space="1" w:color="DDDDDD"/>
        </w:pBdr>
      </w:pPr>
      <w:r>
        <w:rPr>
          <w:rFonts w:ascii="Yu Gothic" w:hAnsi="Yu Gothic" w:eastAsia="Yu Gothic"/>
          <w:b/>
          <w:color w:val="1E3A5F"/>
          <w:sz w:val="23"/>
        </w:rPr>
        <w:t xml:space="preserve">答　(1) 3.86×10</w:t>
      </w:r>
      <w:r>
        <w:rPr>
          <w:rFonts w:ascii="Yu Gothic" w:hAnsi="Yu Gothic" w:eastAsia="Yu Gothic"/>
          <w:b/>
          <w:color w:val="1E3A5F"/>
          <w:sz w:val="23"/>
          <w:vertAlign w:val="superscript"/>
        </w:rPr>
        <w:t xml:space="preserve">4</w:t>
      </w:r>
      <w:r>
        <w:rPr>
          <w:rFonts w:ascii="Yu Gothic" w:hAnsi="Yu Gothic" w:eastAsia="Yu Gothic"/>
          <w:b/>
          <w:color w:val="1E3A5F"/>
          <w:sz w:val="23"/>
        </w:rPr>
        <w:t xml:space="preserve"> C (2) 4.48 L (3) 2.24 L</w:t>
      </w:r>
    </w:p>
    <w:p>
      <w:pPr>
        <w:spacing w:before="160" w:after="80" w:line="348" w:lineRule="auto"/>
        <w:ind w:left="227"/>
      </w:pPr>
      <w:r>
        <w:rPr>
          <w:rFonts w:ascii="Yu Gothic" w:hAnsi="Yu Gothic" w:eastAsia="Yu Gothic"/>
          <w:b/>
          <w:color w:val="B56A1A"/>
          <w:sz w:val="21"/>
        </w:rPr>
        <w:t xml:space="preserve">ポイント　電気量＝電子 mol×F。気体の消費量は半反応式の電子の係数で割る（H</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は2e</w:t>
      </w:r>
      <w:r>
        <w:rPr>
          <w:rFonts w:ascii="Yu Gothic" w:hAnsi="Yu Gothic" w:eastAsia="Yu Gothic"/>
          <w:b/>
          <w:color w:val="B56A1A"/>
          <w:sz w:val="21"/>
          <w:vertAlign w:val="superscript"/>
        </w:rPr>
        <w:t xml:space="preserve">-</w:t>
      </w:r>
      <w:r>
        <w:rPr>
          <w:rFonts w:ascii="Yu Gothic" w:hAnsi="Yu Gothic" w:eastAsia="Yu Gothic"/>
          <w:b/>
          <w:color w:val="B56A1A"/>
          <w:sz w:val="21"/>
        </w:rPr>
        <w:t xml:space="preserve">で1mol、O</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は4e</w:t>
      </w:r>
      <w:r>
        <w:rPr>
          <w:rFonts w:ascii="Yu Gothic" w:hAnsi="Yu Gothic" w:eastAsia="Yu Gothic"/>
          <w:b/>
          <w:color w:val="B56A1A"/>
          <w:sz w:val="21"/>
          <w:vertAlign w:val="superscript"/>
        </w:rPr>
        <w:t xml:space="preserve">-</w:t>
      </w:r>
      <w:r>
        <w:rPr>
          <w:rFonts w:ascii="Yu Gothic" w:hAnsi="Yu Gothic" w:eastAsia="Yu Gothic"/>
          <w:b/>
          <w:color w:val="B56A1A"/>
          <w:sz w:val="21"/>
        </w:rPr>
        <w:t xml:space="preserve">で1mol）。H</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と O</w:t>
      </w:r>
      <w:r>
        <w:rPr>
          <w:rFonts w:ascii="Yu Gothic" w:hAnsi="Yu Gothic" w:eastAsia="Yu Gothic"/>
          <w:b/>
          <w:color w:val="B56A1A"/>
          <w:sz w:val="21"/>
          <w:vertAlign w:val="subscript"/>
        </w:rPr>
        <w:t xml:space="preserve">2</w:t>
      </w:r>
      <w:r>
        <w:rPr>
          <w:rFonts w:ascii="Yu Gothic" w:hAnsi="Yu Gothic" w:eastAsia="Yu Gothic"/>
          <w:b/>
          <w:color w:val="B56A1A"/>
          <w:sz w:val="21"/>
        </w:rPr>
        <w:t xml:space="preserve"> の消費比は 2:1。</w:t>
      </w:r>
    </w:p>
    <w:p>
      <w:r>
        <w:br w:type="page"/>
      </w:r>
    </w:p>
    <w:p>
      <w:pPr>
        <w:spacing w:before="40" w:after="160"/>
        <w:pBdr>
          <w:bottom w:val="single" w:sz="6" w:space="1" w:color="1E3A5F"/>
        </w:pBdr>
      </w:pPr>
      <w:r>
        <w:rPr>
          <w:rFonts w:ascii="Yu Gothic" w:hAnsi="Yu Gothic" w:eastAsia="Yu Gothic"/>
          <w:b/>
          <w:color w:val="1E3A5F"/>
          <w:sz w:val="30"/>
        </w:rPr>
        <w:t xml:space="preserve">問12　［基礎］</w:t>
      </w:r>
    </w:p>
    <w:p>
      <w:pPr>
        <w:spacing w:before="40" w:after="120" w:line="360" w:lineRule="auto"/>
      </w:pPr>
      <w:r>
        <w:rPr>
          <w:rFonts w:ascii="Yu Mincho" w:hAnsi="Yu Mincho" w:eastAsia="Yu Mincho"/>
          <w:b w:val="0"/>
          <w:sz w:val="21"/>
        </w:rPr>
        <w:t xml:space="preserve">電池の分類について正しく述べたものを選べ。</w:t>
      </w:r>
    </w:p>
    <w:p>
      <w:pPr>
        <w:spacing w:before="40" w:after="80" w:line="360" w:lineRule="auto"/>
        <w:ind w:left="227"/>
      </w:pPr>
      <w:r>
        <w:rPr>
          <w:rFonts w:ascii="Yu Mincho" w:hAnsi="Yu Mincho" w:eastAsia="Yu Mincho"/>
          <w:b w:val="0"/>
          <w:sz w:val="21"/>
        </w:rPr>
        <w:t xml:space="preserve">ア　鉛蓄電池やリチウムイオン電池は、充電して繰り返し使える二次電池である</w:t>
      </w:r>
    </w:p>
    <w:p>
      <w:pPr>
        <w:spacing w:before="40" w:after="80" w:line="360" w:lineRule="auto"/>
        <w:ind w:left="227"/>
      </w:pPr>
      <w:r>
        <w:rPr>
          <w:rFonts w:ascii="Yu Mincho" w:hAnsi="Yu Mincho" w:eastAsia="Yu Mincho"/>
          <w:b w:val="0"/>
          <w:sz w:val="21"/>
        </w:rPr>
        <w:t xml:space="preserve">イ　マンガン乾電池は充電して繰り返し使える二次電池である</w:t>
      </w:r>
    </w:p>
    <w:p>
      <w:pPr>
        <w:spacing w:before="40" w:after="80" w:line="360" w:lineRule="auto"/>
        <w:ind w:left="227"/>
      </w:pPr>
      <w:r>
        <w:rPr>
          <w:rFonts w:ascii="Yu Mincho" w:hAnsi="Yu Mincho" w:eastAsia="Yu Mincho"/>
          <w:b w:val="0"/>
          <w:sz w:val="21"/>
        </w:rPr>
        <w:t xml:space="preserve">ウ　一次電池とは、最初に1回だけ充電してから使う電池のことである</w:t>
      </w:r>
    </w:p>
    <w:p>
      <w:pPr>
        <w:spacing w:before="40" w:after="80" w:line="360" w:lineRule="auto"/>
        <w:ind w:left="227"/>
      </w:pPr>
      <w:r>
        <w:rPr>
          <w:rFonts w:ascii="Yu Mincho" w:hAnsi="Yu Mincho" w:eastAsia="Yu Mincho"/>
          <w:b w:val="0"/>
          <w:sz w:val="21"/>
        </w:rPr>
        <w:t xml:space="preserve">エ　鉛蓄電池は充電できない一次電池である</w:t>
      </w:r>
    </w:p>
    <w:p>
      <w:pPr>
        <w:spacing w:before="160" w:after="60"/>
      </w:pPr>
      <w:r>
        <w:rPr>
          <w:rFonts w:ascii="Yu Gothic" w:hAnsi="Yu Gothic" w:eastAsia="Yu Gothic"/>
          <w:b/>
          <w:color w:val="1E3A5F"/>
          <w:sz w:val="23"/>
        </w:rPr>
        <w:t xml:space="preserve">▸ この問題の考え方</w:t>
      </w:r>
    </w:p>
    <w:p>
      <w:pPr>
        <w:spacing w:before="40" w:after="80" w:line="360" w:lineRule="auto"/>
        <w:ind w:left="227"/>
      </w:pPr>
      <w:r>
        <w:rPr>
          <w:rFonts w:ascii="Yu Mincho" w:hAnsi="Yu Mincho" w:eastAsia="Yu Mincho"/>
          <w:b w:val="0"/>
          <w:sz w:val="21"/>
        </w:rPr>
        <w:t xml:space="preserve">一次電池＝充電できず使い切り（マンガン乾電池など）。二次電池＝充電して繰り返し使える（鉛蓄電池・リチウムイオン電池など）。</w:t>
      </w:r>
    </w:p>
    <w:p>
      <w:pPr>
        <w:spacing w:before="160" w:after="80"/>
        <w:ind w:left="227"/>
        <w:pBdr>
          <w:top w:val="single" w:sz="4" w:space="1" w:color="DDDDDD"/>
        </w:pBdr>
      </w:pPr>
      <w:r>
        <w:rPr>
          <w:rFonts w:ascii="Yu Gothic" w:hAnsi="Yu Gothic" w:eastAsia="Yu Gothic"/>
          <w:b/>
          <w:color w:val="1E3A5F"/>
          <w:sz w:val="23"/>
        </w:rPr>
        <w:t xml:space="preserve">答　ア</w:t>
      </w:r>
    </w:p>
    <w:p>
      <w:pPr>
        <w:spacing w:before="160" w:after="80" w:line="348" w:lineRule="auto"/>
        <w:ind w:left="227"/>
      </w:pPr>
      <w:r>
        <w:rPr>
          <w:rFonts w:ascii="Yu Gothic" w:hAnsi="Yu Gothic" w:eastAsia="Yu Gothic"/>
          <w:b/>
          <w:color w:val="B56A1A"/>
          <w:sz w:val="21"/>
        </w:rPr>
        <w:t xml:space="preserve">ポイント　一次＝使い切り、二次＝蓄電池。スマホ（リチウムイオン）も車のバッテリー（鉛蓄電池）も二次。</w:t>
      </w:r>
    </w:p>
    <w:sectPr w:rsidR="00FC693F" w:rsidRPr="0006063C" w:rsidSect="00034616">
      <w:headerReference w:type="default" r:id="rId9"/>
      <w:footerReference w:type="default" r:id="rId10"/>
      <w:pgSz w:w="12240" w:h="15840"/>
      <w:pgMar w:top="1247"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3288"/>
      <w:gridCol w:w="3288"/>
      <w:gridCol w:w="3288"/>
    </w:tblGrid>
    <w:tr>
      <w:tc>
        <w:tcPr>
          <w:tcW w:type="dxa" w:w="3288"/>
          <w:tcBorders>
            <w:top w:val="nil"/>
            <w:left w:val="nil"/>
            <w:bottom w:val="nil"/>
            <w:right w:val="nil"/>
            <w:insideH w:val="nil"/>
            <w:insideV w:val="nil"/>
          </w:tcBorders>
        </w:tcPr>
        <w:p>
          <w:pPr>
            <w:spacing w:before="0" w:after="0"/>
          </w:pPr>
          <w:r>
            <w:rPr>
              <w:rFonts w:ascii="Yu Gothic" w:hAnsi="Yu Gothic" w:eastAsia="Yu Gothic"/>
              <w:b w:val="0"/>
              <w:color w:val="1A1A1A"/>
              <w:sz w:val="18"/>
            </w:rPr>
            <w:t>電池　問題演習 解説</w:t>
          </w:r>
        </w:p>
      </w:tc>
      <w:tc>
        <w:tcPr>
          <w:tcW w:type="dxa" w:w="3288"/>
          <w:tcBorders>
            <w:top w:val="nil"/>
            <w:left w:val="nil"/>
            <w:bottom w:val="nil"/>
            <w:right w:val="nil"/>
            <w:insideH w:val="nil"/>
            <w:insideV w:val="nil"/>
          </w:tcBorders>
        </w:tcPr>
        <w:p>
          <w:pPr>
            <w:spacing w:before="0" w:after="0"/>
          </w:pPr>
        </w:p>
      </w:tc>
      <w:tc>
        <w:tcPr>
          <w:tcW w:type="dxa" w:w="3288"/>
          <w:tcBorders>
            <w:top w:val="nil"/>
            <w:left w:val="nil"/>
            <w:bottom w:val="nil"/>
            <w:right w:val="nil"/>
            <w:insideH w:val="nil"/>
            <w:insideV w:val="nil"/>
          </w:tcBorders>
        </w:tcPr>
        <w:p>
          <w:pPr>
            <w:spacing w:before="0" w:after="0"/>
            <w:jc w:val="right"/>
          </w:pPr>
          <w:r>
            <w:drawing>
              <wp:inline xmlns:a="http://schemas.openxmlformats.org/drawingml/2006/main" xmlns:pic="http://schemas.openxmlformats.org/drawingml/2006/picture">
                <wp:extent cx="469988" cy="432000"/>
                <wp:docPr id="1" name="Picture 1"/>
                <wp:cNvGraphicFramePr>
                  <a:graphicFrameLocks noChangeAspect="1"/>
                </wp:cNvGraphicFramePr>
                <a:graphic>
                  <a:graphicData uri="http://schemas.openxmlformats.org/drawingml/2006/picture">
                    <pic:pic>
                      <pic:nvPicPr>
                        <pic:cNvPr id="0" name="Thoth_logo_yoko_transparent.png"/>
                        <pic:cNvPicPr/>
                      </pic:nvPicPr>
                      <pic:blipFill>
                        <a:blip r:embed="rId1"/>
                        <a:stretch>
                          <a:fillRect/>
                        </a:stretch>
                      </pic:blipFill>
                      <pic:spPr>
                        <a:xfrm>
                          <a:off x="0" y="0"/>
                          <a:ext cx="469988" cy="432000"/>
                        </a:xfrm>
                        <a:prstGeom prst="rect"/>
                      </pic:spPr>
                    </pic:pic>
                  </a:graphicData>
                </a:graphic>
              </wp:inline>
            </w:drawing>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4932"/>
      <w:gridCol w:w="4932"/>
    </w:tblGrid>
    <w:tr>
      <w:tc>
        <w:tcPr>
          <w:tcW w:type="dxa" w:w="6803"/>
          <w:tcBorders>
            <w:top w:val="nil"/>
            <w:left w:val="nil"/>
            <w:bottom w:val="nil"/>
            <w:right w:val="nil"/>
            <w:insideH w:val="nil"/>
            <w:insideV w:val="nil"/>
          </w:tcBorders>
        </w:tcPr>
        <w:p>
          <w:pPr>
            <w:spacing w:before="0" w:after="0"/>
          </w:pPr>
          <w:r>
            <w:rPr>
              <w:rFonts w:ascii="Yu Gothic" w:hAnsi="Yu Gothic" w:eastAsia="Yu Gothic"/>
              <w:b w:val="0"/>
              <w:color w:val="1E3A5F"/>
              <w:sz w:val="18"/>
            </w:rPr>
            <w:t>理論化学　／　電池</w:t>
          </w:r>
        </w:p>
      </w:tc>
      <w:tc>
        <w:tcPr>
          <w:tcW w:type="dxa" w:w="3061"/>
          <w:tcBorders>
            <w:top w:val="nil"/>
            <w:left w:val="nil"/>
            <w:bottom w:val="nil"/>
            <w:right w:val="nil"/>
            <w:insideH w:val="nil"/>
            <w:insideV w:val="nil"/>
          </w:tcBorders>
        </w:tcPr>
        <w:p>
          <w:pPr>
            <w:spacing w:before="0" w:after="0"/>
            <w:jc w:val="right"/>
          </w:pPr>
          <w:r>
            <w:rPr>
              <w:rFonts w:ascii="Yu Gothic" w:hAnsi="Yu Gothic" w:eastAsia="Yu Gothic"/>
              <w:b w:val="0"/>
              <w:color w:val="1A1A1A"/>
              <w:sz w:val="18"/>
            </w:rPr>
            <w:t>問題演習 解説</w:t>
          </w:r>
        </w:p>
      </w:tc>
    </w:tr>
  </w:tbl>
  <w:p>
    <w:pPr>
      <w:spacing w:before="40" w:after="0"/>
      <w:pBdr>
        <w:bottom w:val="single" w:sz="8" w:space="1" w:color="1E3A5F"/>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