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color w:val="1E3A5F"/>
          <w:sz w:val="40"/>
        </w:rPr>
        <w:t>電池</w:t>
      </w:r>
    </w:p>
    <w:p>
      <w:pPr>
        <w:spacing w:after="160"/>
        <w:pBdr>
          <w:bottom w:val="single" w:sz="6" w:space="4" w:color="1E3A5F"/>
        </w:pBdr>
      </w:pPr>
      <w:r>
        <w:rPr>
          <w:rFonts w:ascii="Yu Gothic" w:hAnsi="Yu Gothic" w:eastAsia="Yu Gothic"/>
          <w:b w:val="0"/>
          <w:color w:val="1A1A1A"/>
          <w:sz w:val="22"/>
        </w:rPr>
        <w:t>暗記シート — 電池の原理・実用電池・電気量</w:t>
      </w:r>
    </w:p>
    <w:p>
      <w:pPr>
        <w:spacing w:before="80" w:after="40" w:line="336" w:lineRule="auto"/>
        <w:ind w:left="283"/>
      </w:pPr>
      <w:r>
        <w:rPr>
          <w:rFonts w:ascii="Yu Gothic" w:hAnsi="Yu Gothic" w:eastAsia="Yu Gothic"/>
          <w:b w:val="0"/>
          <w:color w:val="666666"/>
          <w:sz w:val="18"/>
        </w:rPr>
        <w:t>オレンジ色の語句は、赤シートを重ねると消えます。くりかえし読んで覚えましょう。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電池の原理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電池＝</w:t>
      </w:r>
      <w:r>
        <w:rPr>
          <w:rFonts w:ascii="Yu Mincho" w:hAnsi="Yu Mincho" w:eastAsia="Yu Mincho"/>
          <w:b/>
          <w:color w:val="B56A1A"/>
          <w:sz w:val="21"/>
        </w:rPr>
        <w:t>酸化還元反応</w:t>
      </w:r>
      <w:r>
        <w:rPr>
          <w:rFonts w:ascii="Yu Mincho" w:hAnsi="Yu Mincho" w:eastAsia="Yu Mincho"/>
          <w:b w:val="0"/>
          <w:color w:val="1A1A1A"/>
          <w:sz w:val="21"/>
        </w:rPr>
        <w:t>を利用して、化学エネルギーを</w:t>
      </w:r>
      <w:r>
        <w:rPr>
          <w:rFonts w:ascii="Yu Mincho" w:hAnsi="Yu Mincho" w:eastAsia="Yu Mincho"/>
          <w:b/>
          <w:color w:val="B56A1A"/>
          <w:sz w:val="21"/>
        </w:rPr>
        <w:t>電気エネルギー</w:t>
      </w:r>
      <w:r>
        <w:rPr>
          <w:rFonts w:ascii="Yu Mincho" w:hAnsi="Yu Mincho" w:eastAsia="Yu Mincho"/>
          <w:b w:val="0"/>
          <w:color w:val="1A1A1A"/>
          <w:sz w:val="21"/>
        </w:rPr>
        <w:t>に変える装置。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イオン化傾向の</w:t>
      </w:r>
      <w:r>
        <w:rPr>
          <w:rFonts w:ascii="Yu Mincho" w:hAnsi="Yu Mincho" w:eastAsia="Yu Mincho"/>
          <w:b/>
          <w:color w:val="B56A1A"/>
          <w:sz w:val="21"/>
        </w:rPr>
        <w:t>大きい</w:t>
      </w:r>
      <w:r>
        <w:rPr>
          <w:rFonts w:ascii="Yu Mincho" w:hAnsi="Yu Mincho" w:eastAsia="Yu Mincho"/>
          <w:b w:val="0"/>
          <w:color w:val="1A1A1A"/>
          <w:sz w:val="21"/>
        </w:rPr>
        <w:t>金属が</w:t>
      </w:r>
      <w:r>
        <w:rPr>
          <w:rFonts w:ascii="Yu Mincho" w:hAnsi="Yu Mincho" w:eastAsia="Yu Mincho"/>
          <w:b/>
          <w:color w:val="B56A1A"/>
          <w:sz w:val="21"/>
        </w:rPr>
        <w:t>負極</w:t>
      </w:r>
      <w:r>
        <w:rPr>
          <w:rFonts w:ascii="Yu Mincho" w:hAnsi="Yu Mincho" w:eastAsia="Yu Mincho"/>
          <w:b w:val="0"/>
          <w:color w:val="1A1A1A"/>
          <w:sz w:val="21"/>
        </w:rPr>
        <w:t>になり、酸化されて電子を放出する。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イオン化傾向の</w:t>
      </w:r>
      <w:r>
        <w:rPr>
          <w:rFonts w:ascii="Yu Mincho" w:hAnsi="Yu Mincho" w:eastAsia="Yu Mincho"/>
          <w:b/>
          <w:color w:val="B56A1A"/>
          <w:sz w:val="21"/>
        </w:rPr>
        <w:t>小さい</w:t>
      </w:r>
      <w:r>
        <w:rPr>
          <w:rFonts w:ascii="Yu Mincho" w:hAnsi="Yu Mincho" w:eastAsia="Yu Mincho"/>
          <w:b w:val="0"/>
          <w:color w:val="1A1A1A"/>
          <w:sz w:val="21"/>
        </w:rPr>
        <w:t>金属（または極）が</w:t>
      </w:r>
      <w:r>
        <w:rPr>
          <w:rFonts w:ascii="Yu Mincho" w:hAnsi="Yu Mincho" w:eastAsia="Yu Mincho"/>
          <w:b/>
          <w:color w:val="B56A1A"/>
          <w:sz w:val="21"/>
        </w:rPr>
        <w:t>正極</w:t>
      </w:r>
      <w:r>
        <w:rPr>
          <w:rFonts w:ascii="Yu Mincho" w:hAnsi="Yu Mincho" w:eastAsia="Yu Mincho"/>
          <w:b w:val="0"/>
          <w:color w:val="1A1A1A"/>
          <w:sz w:val="21"/>
        </w:rPr>
        <w:t>になり、還元が起こる。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電子は導線を</w:t>
      </w:r>
      <w:r>
        <w:rPr>
          <w:rFonts w:ascii="Yu Mincho" w:hAnsi="Yu Mincho" w:eastAsia="Yu Mincho"/>
          <w:b/>
          <w:color w:val="B56A1A"/>
          <w:sz w:val="21"/>
        </w:rPr>
        <w:t>負極→正極</w:t>
      </w:r>
      <w:r>
        <w:rPr>
          <w:rFonts w:ascii="Yu Mincho" w:hAnsi="Yu Mincho" w:eastAsia="Yu Mincho"/>
          <w:b w:val="0"/>
          <w:color w:val="1A1A1A"/>
          <w:sz w:val="21"/>
        </w:rPr>
        <w:t>へ流れる。電流の向きはその</w:t>
      </w:r>
      <w:r>
        <w:rPr>
          <w:rFonts w:ascii="Yu Mincho" w:hAnsi="Yu Mincho" w:eastAsia="Yu Mincho"/>
          <w:b/>
          <w:color w:val="B56A1A"/>
          <w:sz w:val="21"/>
        </w:rPr>
        <w:t>逆（正極→負極）</w:t>
      </w:r>
      <w:r>
        <w:rPr>
          <w:rFonts w:ascii="Yu Mincho" w:hAnsi="Yu Mincho" w:eastAsia="Yu Mincho"/>
          <w:b w:val="0"/>
          <w:color w:val="1A1A1A"/>
          <w:sz w:val="21"/>
        </w:rPr>
        <w:t>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電池の両極間の電位差を</w:t>
      </w:r>
      <w:r>
        <w:rPr>
          <w:rFonts w:ascii="Yu Mincho" w:hAnsi="Yu Mincho" w:eastAsia="Yu Mincho"/>
          <w:b/>
          <w:color w:val="B56A1A"/>
          <w:sz w:val="21"/>
        </w:rPr>
        <w:t>起電力</w:t>
      </w:r>
      <w:r>
        <w:rPr>
          <w:rFonts w:ascii="Yu Mincho" w:hAnsi="Yu Mincho" w:eastAsia="Yu Mincho"/>
          <w:b w:val="0"/>
          <w:color w:val="1A1A1A"/>
          <w:sz w:val="21"/>
        </w:rPr>
        <w:t>という。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ダニエル電池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負極：亜鉛 Zn が溶ける。Zn → Zn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>2+</w:t>
      </w:r>
      <w:r>
        <w:rPr>
          <w:rFonts w:ascii="Yu Mincho" w:hAnsi="Yu Mincho" w:eastAsia="Yu Mincho"/>
          <w:b w:val="0"/>
          <w:color w:val="1A1A1A"/>
          <w:sz w:val="21"/>
        </w:rPr>
        <w:t xml:space="preserve"> ＋ 2e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>-</w:t>
      </w:r>
      <w:r>
        <w:rPr>
          <w:rFonts w:ascii="Yu Mincho" w:hAnsi="Yu Mincho" w:eastAsia="Yu Mincho"/>
          <w:b w:val="0"/>
          <w:color w:val="1A1A1A"/>
          <w:sz w:val="21"/>
        </w:rPr>
        <w:t>（</w:t>
      </w:r>
      <w:r>
        <w:rPr>
          <w:rFonts w:ascii="Yu Mincho" w:hAnsi="Yu Mincho" w:eastAsia="Yu Mincho"/>
          <w:b/>
          <w:color w:val="B56A1A"/>
          <w:sz w:val="21"/>
        </w:rPr>
        <w:t>酸化</w:t>
      </w:r>
      <w:r>
        <w:rPr>
          <w:rFonts w:ascii="Yu Mincho" w:hAnsi="Yu Mincho" w:eastAsia="Yu Mincho"/>
          <w:b w:val="0"/>
          <w:color w:val="1A1A1A"/>
          <w:sz w:val="21"/>
        </w:rPr>
        <w:t>）。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正極：銅 Cu が析出する。Cu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>2+</w:t>
      </w:r>
      <w:r>
        <w:rPr>
          <w:rFonts w:ascii="Yu Mincho" w:hAnsi="Yu Mincho" w:eastAsia="Yu Mincho"/>
          <w:b w:val="0"/>
          <w:color w:val="1A1A1A"/>
          <w:sz w:val="21"/>
        </w:rPr>
        <w:t xml:space="preserve"> ＋ 2e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>-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Cu（</w:t>
      </w:r>
      <w:r>
        <w:rPr>
          <w:rFonts w:ascii="Yu Mincho" w:hAnsi="Yu Mincho" w:eastAsia="Yu Mincho"/>
          <w:b/>
          <w:color w:val="B56A1A"/>
          <w:sz w:val="21"/>
        </w:rPr>
        <w:t>還元</w:t>
      </w:r>
      <w:r>
        <w:rPr>
          <w:rFonts w:ascii="Yu Mincho" w:hAnsi="Yu Mincho" w:eastAsia="Yu Mincho"/>
          <w:b w:val="0"/>
          <w:color w:val="1A1A1A"/>
          <w:sz w:val="21"/>
        </w:rPr>
        <w:t>）。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放電すると、負極の Zn 板は</w:t>
      </w:r>
      <w:r>
        <w:rPr>
          <w:rFonts w:ascii="Yu Mincho" w:hAnsi="Yu Mincho" w:eastAsia="Yu Mincho"/>
          <w:b/>
          <w:color w:val="B56A1A"/>
          <w:sz w:val="21"/>
        </w:rPr>
        <w:t>減少</w:t>
      </w:r>
      <w:r>
        <w:rPr>
          <w:rFonts w:ascii="Yu Mincho" w:hAnsi="Yu Mincho" w:eastAsia="Yu Mincho"/>
          <w:b w:val="0"/>
          <w:color w:val="1A1A1A"/>
          <w:sz w:val="21"/>
        </w:rPr>
        <w:t>し、正極の Cu 板は</w:t>
      </w:r>
      <w:r>
        <w:rPr>
          <w:rFonts w:ascii="Yu Mincho" w:hAnsi="Yu Mincho" w:eastAsia="Yu Mincho"/>
          <w:b/>
          <w:color w:val="B56A1A"/>
          <w:sz w:val="21"/>
        </w:rPr>
        <w:t>増加</w:t>
      </w:r>
      <w:r>
        <w:rPr>
          <w:rFonts w:ascii="Yu Mincho" w:hAnsi="Yu Mincho" w:eastAsia="Yu Mincho"/>
          <w:b w:val="0"/>
          <w:color w:val="1A1A1A"/>
          <w:sz w:val="21"/>
        </w:rPr>
        <w:t>する。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素焼き板（セパレーター）は、2つの水溶液が</w:t>
      </w:r>
      <w:r>
        <w:rPr>
          <w:rFonts w:ascii="Yu Mincho" w:hAnsi="Yu Mincho" w:eastAsia="Yu Mincho"/>
          <w:b/>
          <w:color w:val="B56A1A"/>
          <w:sz w:val="21"/>
        </w:rPr>
        <w:t>混ざるのを防ぎつつイオンを通す</w:t>
      </w:r>
      <w:r>
        <w:rPr>
          <w:rFonts w:ascii="Yu Mincho" w:hAnsi="Yu Mincho" w:eastAsia="Yu Mincho"/>
          <w:b w:val="0"/>
          <w:color w:val="1A1A1A"/>
          <w:sz w:val="21"/>
        </w:rPr>
        <w:t>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実用電池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/>
          <w:color w:val="B56A1A"/>
          <w:sz w:val="21"/>
        </w:rPr>
        <w:t>一次電池</w:t>
      </w:r>
      <w:r>
        <w:rPr>
          <w:rFonts w:ascii="Yu Mincho" w:hAnsi="Yu Mincho" w:eastAsia="Yu Mincho"/>
          <w:b w:val="0"/>
          <w:color w:val="1A1A1A"/>
          <w:sz w:val="21"/>
        </w:rPr>
        <w:t>＝充電できない電池（例：マンガン乾電池、アルカリ乾電池）。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/>
          <w:color w:val="B56A1A"/>
          <w:sz w:val="21"/>
        </w:rPr>
        <w:t>二次電池（蓄電池）</w:t>
      </w:r>
      <w:r>
        <w:rPr>
          <w:rFonts w:ascii="Yu Mincho" w:hAnsi="Yu Mincho" w:eastAsia="Yu Mincho"/>
          <w:b w:val="0"/>
          <w:color w:val="1A1A1A"/>
          <w:sz w:val="21"/>
        </w:rPr>
        <w:t>＝充電して繰り返し使える電池（例：鉛蓄電池、リチウムイオン電池）。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/>
          <w:color w:val="B56A1A"/>
          <w:sz w:val="21"/>
        </w:rPr>
        <w:t>鉛蓄電池</w:t>
      </w:r>
      <w:r>
        <w:rPr>
          <w:rFonts w:ascii="Yu Mincho" w:hAnsi="Yu Mincho" w:eastAsia="Yu Mincho"/>
          <w:b w:val="0"/>
          <w:color w:val="1A1A1A"/>
          <w:sz w:val="21"/>
        </w:rPr>
        <w:t>：負極 Pb、正極 PbO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>2</w:t>
      </w:r>
      <w:r>
        <w:rPr>
          <w:rFonts w:ascii="Yu Mincho" w:hAnsi="Yu Mincho" w:eastAsia="Yu Mincho"/>
          <w:b w:val="0"/>
          <w:color w:val="1A1A1A"/>
          <w:sz w:val="21"/>
        </w:rPr>
        <w:t>、電解液は希硫酸。放電すると両極とも</w:t>
      </w:r>
      <w:r>
        <w:rPr>
          <w:rFonts w:ascii="Yu Mincho" w:hAnsi="Yu Mincho" w:eastAsia="Yu Mincho"/>
          <w:b/>
          <w:color w:val="B56A1A"/>
          <w:sz w:val="21"/>
        </w:rPr>
        <w:t>PbSO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>4</w:t>
      </w:r>
      <w:r>
        <w:rPr>
          <w:rFonts w:ascii="Yu Mincho" w:hAnsi="Yu Mincho" w:eastAsia="Yu Mincho"/>
          <w:b w:val="0"/>
          <w:color w:val="1A1A1A"/>
          <w:sz w:val="21"/>
        </w:rPr>
        <w:t>になり、希硫酸は</w:t>
      </w:r>
      <w:r>
        <w:rPr>
          <w:rFonts w:ascii="Yu Mincho" w:hAnsi="Yu Mincho" w:eastAsia="Yu Mincho"/>
          <w:b/>
          <w:color w:val="B56A1A"/>
          <w:sz w:val="21"/>
        </w:rPr>
        <w:t>うすくなる</w:t>
      </w:r>
      <w:r>
        <w:rPr>
          <w:rFonts w:ascii="Yu Mincho" w:hAnsi="Yu Mincho" w:eastAsia="Yu Mincho"/>
          <w:b w:val="0"/>
          <w:color w:val="1A1A1A"/>
          <w:sz w:val="21"/>
        </w:rPr>
        <w:t>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/>
          <w:color w:val="B56A1A"/>
          <w:sz w:val="21"/>
        </w:rPr>
        <w:t>燃料電池</w:t>
      </w:r>
      <w:r>
        <w:rPr>
          <w:rFonts w:ascii="Yu Mincho" w:hAnsi="Yu Mincho" w:eastAsia="Yu Mincho"/>
          <w:b w:val="0"/>
          <w:color w:val="1A1A1A"/>
          <w:sz w:val="21"/>
        </w:rPr>
        <w:t>：水素と酸素を反応させて電気を取り出す。生成物は</w:t>
      </w:r>
      <w:r>
        <w:rPr>
          <w:rFonts w:ascii="Yu Mincho" w:hAnsi="Yu Mincho" w:eastAsia="Yu Mincho"/>
          <w:b/>
          <w:color w:val="B56A1A"/>
          <w:sz w:val="21"/>
        </w:rPr>
        <w:t>水</w:t>
      </w:r>
      <w:r>
        <w:rPr>
          <w:rFonts w:ascii="Yu Mincho" w:hAnsi="Yu Mincho" w:eastAsia="Yu Mincho"/>
          <w:b w:val="0"/>
          <w:color w:val="1A1A1A"/>
          <w:sz w:val="21"/>
        </w:rPr>
        <w:t>のみ。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電気量とファラデー定数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電気量 Q(C) ＝ 電流 I(A) × 時間 t</w:t>
      </w:r>
      <w:r>
        <w:rPr>
          <w:rFonts w:ascii="Yu Mincho" w:hAnsi="Yu Mincho" w:eastAsia="Yu Mincho"/>
          <w:b/>
          <w:color w:val="B56A1A"/>
          <w:sz w:val="21"/>
        </w:rPr>
        <w:t>(s・秒)</w:t>
      </w:r>
      <w:r>
        <w:rPr>
          <w:rFonts w:ascii="Yu Mincho" w:hAnsi="Yu Mincho" w:eastAsia="Yu Mincho"/>
          <w:b w:val="0"/>
          <w:color w:val="1A1A1A"/>
          <w:sz w:val="21"/>
        </w:rPr>
        <w:t>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電子1 mol あたりの電気量</w:t>
      </w:r>
      <w:r>
        <w:rPr>
          <w:rFonts w:ascii="Yu Mincho" w:hAnsi="Yu Mincho" w:eastAsia="Yu Mincho"/>
          <w:b/>
          <w:color w:val="B56A1A"/>
          <w:sz w:val="21"/>
        </w:rPr>
        <w:t>9.65×10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>4</w:t>
      </w:r>
      <w:r>
        <w:rPr>
          <w:rFonts w:ascii="Yu Mincho" w:hAnsi="Yu Mincho" w:eastAsia="Yu Mincho"/>
          <w:b w:val="0"/>
          <w:color w:val="1A1A1A"/>
          <w:sz w:val="21"/>
        </w:rPr>
        <w:t>C/mol を</w:t>
      </w:r>
      <w:r>
        <w:rPr>
          <w:rFonts w:ascii="Yu Mincho" w:hAnsi="Yu Mincho" w:eastAsia="Yu Mincho"/>
          <w:b/>
          <w:color w:val="B56A1A"/>
          <w:sz w:val="21"/>
        </w:rPr>
        <w:t>ファラデー定数</w:t>
      </w:r>
      <w:r>
        <w:rPr>
          <w:rFonts w:ascii="Yu Mincho" w:hAnsi="Yu Mincho" w:eastAsia="Yu Mincho"/>
          <w:b w:val="0"/>
          <w:color w:val="1A1A1A"/>
          <w:sz w:val="21"/>
        </w:rPr>
        <w:t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流れた電子の物質量(mol) ＝ 電気量(C) ÷ </w:t>
      </w:r>
      <w:r>
        <w:rPr>
          <w:rFonts w:ascii="Yu Mincho" w:hAnsi="Yu Mincho" w:eastAsia="Yu Mincho"/>
          <w:b/>
          <w:color w:val="B56A1A"/>
          <w:sz w:val="21"/>
        </w:rPr>
        <w:t>ファラデー定数</w:t>
      </w:r>
      <w:r>
        <w:rPr>
          <w:rFonts w:ascii="Yu Mincho" w:hAnsi="Yu Mincho" w:eastAsia="Yu Mincho"/>
          <w:b w:val="0"/>
          <w:color w:val="1A1A1A"/>
          <w:sz w:val="21"/>
        </w:rPr>
        <w:t>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>時間は必ず</w:t>
      </w:r>
      <w:r>
        <w:rPr>
          <w:rFonts w:ascii="Yu Mincho" w:hAnsi="Yu Mincho" w:eastAsia="Yu Mincho"/>
          <w:b/>
          <w:color w:val="B56A1A"/>
          <w:sz w:val="21"/>
        </w:rPr>
        <w:t>秒</w:t>
      </w:r>
      <w:r>
        <w:rPr>
          <w:rFonts w:ascii="Yu Mincho" w:hAnsi="Yu Mincho" w:eastAsia="Yu Mincho"/>
          <w:b w:val="0"/>
          <w:color w:val="1A1A1A"/>
          <w:sz w:val="21"/>
        </w:rPr>
        <w:t>になおして計算する。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さらにおさえる項目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亜鉛板と銅板を希硫酸に浸した最も基本的な電池を</w:t>
      </w:r>
      <w:r>
        <w:rPr>
          <w:rFonts w:ascii="Yu Mincho" w:hAnsi="Yu Mincho" w:eastAsia="Yu Mincho"/>
          <w:b/>
          <w:color w:val="B56A1A"/>
          <w:sz w:val="21"/>
        </w:rPr>
        <w:t xml:space="preserve">ボルタ電池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ボルタ電池で、正極に発生した水素が付着して起電力が急激に低下する現象を</w:t>
      </w:r>
      <w:r>
        <w:rPr>
          <w:rFonts w:ascii="Yu Mincho" w:hAnsi="Yu Mincho" w:eastAsia="Yu Mincho"/>
          <w:b/>
          <w:color w:val="B56A1A"/>
          <w:sz w:val="21"/>
        </w:rPr>
        <w:t xml:space="preserve">分極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燃料電池には、電解質にリン酸を用いる型や</w:t>
      </w:r>
      <w:r>
        <w:rPr>
          <w:rFonts w:ascii="Yu Mincho" w:hAnsi="Yu Mincho" w:eastAsia="Yu Mincho"/>
          <w:b/>
          <w:color w:val="B56A1A"/>
          <w:sz w:val="21"/>
        </w:rPr>
        <w:t xml:space="preserve">水酸化カリウム(アルカリ)</w:t>
      </w:r>
      <w:r>
        <w:rPr>
          <w:rFonts w:ascii="Yu Mincho" w:hAnsi="Yu Mincho" w:eastAsia="Yu Mincho"/>
          <w:b w:val="0"/>
          <w:color w:val="1A1A1A"/>
          <w:sz w:val="21"/>
        </w:rPr>
        <w:t xml:space="preserve">水溶液を用いる型がある。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リチウムイオン電池の正極・負極に用いる物質 → </w:t>
      </w:r>
      <w:r>
        <w:rPr>
          <w:rFonts w:ascii="Yu Mincho" w:hAnsi="Yu Mincho" w:eastAsia="Yu Mincho"/>
          <w:b/>
          <w:color w:val="B56A1A"/>
          <w:sz w:val="21"/>
        </w:rPr>
        <w:t xml:space="preserve">正極：コバルト酸リチウム LiCoO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、負極：黒鉛（C）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マンガン乾電池の電解質（電解液）に用いられる物質 → </w:t>
      </w:r>
      <w:r>
        <w:rPr>
          <w:rFonts w:ascii="Yu Mincho" w:hAnsi="Yu Mincho" w:eastAsia="Yu Mincho"/>
          <w:b/>
          <w:color w:val="B56A1A"/>
          <w:sz w:val="21"/>
        </w:rPr>
        <w:t xml:space="preserve">塩化亜鉛 ZnCl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 と塩化アンモニウム NH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Cl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電池で、負極で酸化される還元剤を負極活物質、正極で還元される酸化剤を</w:t>
      </w:r>
      <w:r>
        <w:rPr>
          <w:rFonts w:ascii="Yu Mincho" w:hAnsi="Yu Mincho" w:eastAsia="Yu Mincho"/>
          <w:b/>
          <w:color w:val="B56A1A"/>
          <w:sz w:val="21"/>
        </w:rPr>
        <w:t xml:space="preserve">正極活物質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負極に亜鉛Zn、正極に酸化銀Ag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Oを用い、放電中の電圧がほぼ一定でボタン型時計などに使う電池を</w:t>
      </w:r>
      <w:r>
        <w:rPr>
          <w:rFonts w:ascii="Yu Mincho" w:hAnsi="Yu Mincho" w:eastAsia="Yu Mincho"/>
          <w:b/>
          <w:color w:val="B56A1A"/>
          <w:sz w:val="21"/>
        </w:rPr>
        <w:t xml:space="preserve">酸化銀電池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負極に水素吸蔵合金、正極にオキシ水酸化ニッケルNiO(OH)を用い、充電できる二次電池を</w:t>
      </w:r>
      <w:r>
        <w:rPr>
          <w:rFonts w:ascii="Yu Mincho" w:hAnsi="Yu Mincho" w:eastAsia="Yu Mincho"/>
          <w:b/>
          <w:color w:val="B56A1A"/>
          <w:sz w:val="21"/>
        </w:rPr>
        <w:t xml:space="preserve">ニッケル・水素電池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鉛蓄電池を放電するときの負極（Pb）の半反応式 → </w:t>
      </w:r>
      <w:r>
        <w:rPr>
          <w:rFonts w:ascii="Yu Mincho" w:hAnsi="Yu Mincho" w:eastAsia="Yu Mincho"/>
          <w:b/>
          <w:color w:val="B56A1A"/>
          <w:sz w:val="21"/>
        </w:rPr>
        <w:t xml:space="preserve">Pb + 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2-</w:t>
      </w:r>
      <w:r>
        <w:rPr>
          <w:rFonts w:ascii="Yu Mincho" w:hAnsi="Yu Mincho" w:eastAsia="Yu Mincho"/>
          <w:b/>
          <w:color w:val="B56A1A"/>
          <w:sz w:val="21"/>
        </w:rPr>
        <w:t xml:space="preserve"> → PbSO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 + 2e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-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鉛蓄電池を放電するときの正極（PbO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）の半反応式 → </w:t>
      </w:r>
      <w:r>
        <w:rPr>
          <w:rFonts w:ascii="Yu Mincho" w:hAnsi="Yu Mincho" w:eastAsia="Yu Mincho"/>
          <w:b/>
          <w:color w:val="B56A1A"/>
          <w:sz w:val="21"/>
        </w:rPr>
        <w:t xml:space="preserve">PbO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 + 4H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/>
          <w:color w:val="B56A1A"/>
          <w:sz w:val="21"/>
        </w:rPr>
        <w:t xml:space="preserve"> + 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2-</w:t>
      </w:r>
      <w:r>
        <w:rPr>
          <w:rFonts w:ascii="Yu Mincho" w:hAnsi="Yu Mincho" w:eastAsia="Yu Mincho"/>
          <w:b/>
          <w:color w:val="B56A1A"/>
          <w:sz w:val="21"/>
        </w:rPr>
        <w:t xml:space="preserve"> + 2e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/>
          <w:color w:val="B56A1A"/>
          <w:sz w:val="21"/>
        </w:rPr>
        <w:t xml:space="preserve"> → PbSO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 + 2H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O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リン酸型（酸性）水素-酸素燃料電池の負極（水素側）の半反応式 → </w:t>
      </w:r>
      <w:r>
        <w:rPr>
          <w:rFonts w:ascii="Yu Mincho" w:hAnsi="Yu Mincho" w:eastAsia="Yu Mincho"/>
          <w:b/>
          <w:color w:val="B56A1A"/>
          <w:sz w:val="21"/>
        </w:rPr>
        <w:t xml:space="preserve">H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 → 2H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/>
          <w:color w:val="B56A1A"/>
          <w:sz w:val="21"/>
        </w:rPr>
        <w:t xml:space="preserve"> + 2e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-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リン酸型（酸性）水素-酸素燃料電池の正極（酸素側）の半反応式 → </w:t>
      </w:r>
      <w:r>
        <w:rPr>
          <w:rFonts w:ascii="Yu Mincho" w:hAnsi="Yu Mincho" w:eastAsia="Yu Mincho"/>
          <w:b/>
          <w:color w:val="B56A1A"/>
          <w:sz w:val="21"/>
        </w:rPr>
        <w:t xml:space="preserve">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 + 4H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/>
          <w:color w:val="B56A1A"/>
          <w:sz w:val="21"/>
        </w:rPr>
        <w:t xml:space="preserve"> + 4e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/>
          <w:color w:val="B56A1A"/>
          <w:sz w:val="21"/>
        </w:rPr>
        <w:t xml:space="preserve"> → 2H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O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電子1個がもつ電気量の絶対値e＝1.602×10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-19</w:t>
      </w:r>
      <w:r>
        <w:rPr>
          <w:rFonts w:ascii="Yu Mincho" w:hAnsi="Yu Mincho" w:eastAsia="Yu Mincho"/>
          <w:b w:val="0"/>
          <w:color w:val="1A1A1A"/>
          <w:sz w:val="21"/>
        </w:rPr>
        <w:t xml:space="preserve">Cを</w:t>
      </w:r>
      <w:r>
        <w:rPr>
          <w:rFonts w:ascii="Yu Mincho" w:hAnsi="Yu Mincho" w:eastAsia="Yu Mincho"/>
          <w:b/>
          <w:color w:val="B56A1A"/>
          <w:sz w:val="21"/>
        </w:rPr>
        <w:t xml:space="preserve">電気素量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バナジウムイオンの酸化還元を利用し、電解液をタンクから循環させて充放電する二次電池を何というか → </w:t>
      </w:r>
      <w:r>
        <w:rPr>
          <w:rFonts w:ascii="Yu Mincho" w:hAnsi="Yu Mincho" w:eastAsia="Yu Mincho"/>
          <w:b/>
          <w:color w:val="B56A1A"/>
          <w:sz w:val="21"/>
        </w:rPr>
        <w:t xml:space="preserve">レドックスフロー電池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ダニエル電池で、負極側と正極側に用いる2つの電解液（電解質水溶液） → </w:t>
      </w:r>
      <w:r>
        <w:rPr>
          <w:rFonts w:ascii="Yu Mincho" w:hAnsi="Yu Mincho" w:eastAsia="Yu Mincho"/>
          <w:b/>
          <w:color w:val="B56A1A"/>
          <w:sz w:val="21"/>
        </w:rPr>
        <w:t xml:space="preserve">負極側は硫酸亜鉛 ZnSO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 水溶液、正極側は硫酸銅(II) CuSO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 水溶液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さらにおさえる項目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亜鉛板と銅板を希硫酸に浸した最も基本的な電池を</w:t>
      </w:r>
      <w:r>
        <w:rPr>
          <w:rFonts w:ascii="Yu Mincho" w:hAnsi="Yu Mincho" w:eastAsia="Yu Mincho"/>
          <w:b/>
          <w:color w:val="B56A1A"/>
          <w:sz w:val="21"/>
        </w:rPr>
        <w:t xml:space="preserve">ボルタ電池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ボルタ電池で、正極に発生した水素が付着して起電力が急激に低下する現象を</w:t>
      </w:r>
      <w:r>
        <w:rPr>
          <w:rFonts w:ascii="Yu Mincho" w:hAnsi="Yu Mincho" w:eastAsia="Yu Mincho"/>
          <w:b/>
          <w:color w:val="B56A1A"/>
          <w:sz w:val="21"/>
        </w:rPr>
        <w:t xml:space="preserve">分極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燃料電池には、電解質にリン酸を用いる型や</w:t>
      </w:r>
      <w:r>
        <w:rPr>
          <w:rFonts w:ascii="Yu Mincho" w:hAnsi="Yu Mincho" w:eastAsia="Yu Mincho"/>
          <w:b/>
          <w:color w:val="B56A1A"/>
          <w:sz w:val="21"/>
        </w:rPr>
        <w:t xml:space="preserve">水酸化カリウム(アルカリ)</w:t>
      </w:r>
      <w:r>
        <w:rPr>
          <w:rFonts w:ascii="Yu Mincho" w:hAnsi="Yu Mincho" w:eastAsia="Yu Mincho"/>
          <w:b w:val="0"/>
          <w:color w:val="1A1A1A"/>
          <w:sz w:val="21"/>
        </w:rPr>
        <w:t xml:space="preserve">水溶液を用いる型がある。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リチウムイオン電池の正極・負極に用いる物質 → </w:t>
      </w:r>
      <w:r>
        <w:rPr>
          <w:rFonts w:ascii="Yu Mincho" w:hAnsi="Yu Mincho" w:eastAsia="Yu Mincho"/>
          <w:b/>
          <w:color w:val="B56A1A"/>
          <w:sz w:val="21"/>
        </w:rPr>
        <w:t xml:space="preserve">正極：コバルト酸リチウム LiCoO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、負極：黒鉛（C）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マンガン乾電池の電解質（電解液）に用いられる物質 → </w:t>
      </w:r>
      <w:r>
        <w:rPr>
          <w:rFonts w:ascii="Yu Mincho" w:hAnsi="Yu Mincho" w:eastAsia="Yu Mincho"/>
          <w:b/>
          <w:color w:val="B56A1A"/>
          <w:sz w:val="21"/>
        </w:rPr>
        <w:t xml:space="preserve">塩化亜鉛 ZnCl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 と塩化アンモニウム NH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Cl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電池で、負極で酸化される還元剤を負極活物質、正極で還元される酸化剤を</w:t>
      </w:r>
      <w:r>
        <w:rPr>
          <w:rFonts w:ascii="Yu Mincho" w:hAnsi="Yu Mincho" w:eastAsia="Yu Mincho"/>
          <w:b/>
          <w:color w:val="B56A1A"/>
          <w:sz w:val="21"/>
        </w:rPr>
        <w:t xml:space="preserve">正極活物質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負極に亜鉛Zn、正極に酸化銀Ag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Oを用い、放電中の電圧がほぼ一定でボタン型時計などに使う電池を</w:t>
      </w:r>
      <w:r>
        <w:rPr>
          <w:rFonts w:ascii="Yu Mincho" w:hAnsi="Yu Mincho" w:eastAsia="Yu Mincho"/>
          <w:b/>
          <w:color w:val="B56A1A"/>
          <w:sz w:val="21"/>
        </w:rPr>
        <w:t xml:space="preserve">酸化銀電池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負極に水素吸蔵合金、正極にオキシ水酸化ニッケルNiO(OH)を用い、充電できる二次電池を</w:t>
      </w:r>
      <w:r>
        <w:rPr>
          <w:rFonts w:ascii="Yu Mincho" w:hAnsi="Yu Mincho" w:eastAsia="Yu Mincho"/>
          <w:b/>
          <w:color w:val="B56A1A"/>
          <w:sz w:val="21"/>
        </w:rPr>
        <w:t xml:space="preserve">ニッケル・水素電池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鉛蓄電池を放電するときの負極（Pb）の半反応式 → </w:t>
      </w:r>
      <w:r>
        <w:rPr>
          <w:rFonts w:ascii="Yu Mincho" w:hAnsi="Yu Mincho" w:eastAsia="Yu Mincho"/>
          <w:b/>
          <w:color w:val="B56A1A"/>
          <w:sz w:val="21"/>
        </w:rPr>
        <w:t xml:space="preserve">Pb + 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2-</w:t>
      </w:r>
      <w:r>
        <w:rPr>
          <w:rFonts w:ascii="Yu Mincho" w:hAnsi="Yu Mincho" w:eastAsia="Yu Mincho"/>
          <w:b/>
          <w:color w:val="B56A1A"/>
          <w:sz w:val="21"/>
        </w:rPr>
        <w:t xml:space="preserve"> → PbSO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 + 2e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-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鉛蓄電池を放電するときの正極（PbO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）の半反応式 → </w:t>
      </w:r>
      <w:r>
        <w:rPr>
          <w:rFonts w:ascii="Yu Mincho" w:hAnsi="Yu Mincho" w:eastAsia="Yu Mincho"/>
          <w:b/>
          <w:color w:val="B56A1A"/>
          <w:sz w:val="21"/>
        </w:rPr>
        <w:t xml:space="preserve">PbO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 + 4H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/>
          <w:color w:val="B56A1A"/>
          <w:sz w:val="21"/>
        </w:rPr>
        <w:t xml:space="preserve"> + 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2-</w:t>
      </w:r>
      <w:r>
        <w:rPr>
          <w:rFonts w:ascii="Yu Mincho" w:hAnsi="Yu Mincho" w:eastAsia="Yu Mincho"/>
          <w:b/>
          <w:color w:val="B56A1A"/>
          <w:sz w:val="21"/>
        </w:rPr>
        <w:t xml:space="preserve"> + 2e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/>
          <w:color w:val="B56A1A"/>
          <w:sz w:val="21"/>
        </w:rPr>
        <w:t xml:space="preserve"> → PbSO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 + 2H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O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リン酸型（酸性）水素-酸素燃料電池の負極（水素側）の半反応式 → </w:t>
      </w:r>
      <w:r>
        <w:rPr>
          <w:rFonts w:ascii="Yu Mincho" w:hAnsi="Yu Mincho" w:eastAsia="Yu Mincho"/>
          <w:b/>
          <w:color w:val="B56A1A"/>
          <w:sz w:val="21"/>
        </w:rPr>
        <w:t xml:space="preserve">H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 → 2H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/>
          <w:color w:val="B56A1A"/>
          <w:sz w:val="21"/>
        </w:rPr>
        <w:t xml:space="preserve"> + 2e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-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リン酸型（酸性）水素-酸素燃料電池の正極（酸素側）の半反応式 → </w:t>
      </w:r>
      <w:r>
        <w:rPr>
          <w:rFonts w:ascii="Yu Mincho" w:hAnsi="Yu Mincho" w:eastAsia="Yu Mincho"/>
          <w:b/>
          <w:color w:val="B56A1A"/>
          <w:sz w:val="21"/>
        </w:rPr>
        <w:t xml:space="preserve">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 + 4H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/>
          <w:color w:val="B56A1A"/>
          <w:sz w:val="21"/>
        </w:rPr>
        <w:t xml:space="preserve"> + 4e</w:t>
      </w:r>
      <w:r>
        <w:rPr>
          <w:rFonts w:ascii="Yu Mincho" w:hAnsi="Yu Mincho" w:eastAsia="Yu Mincho"/>
          <w:b/>
          <w:color w:val="B56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/>
          <w:color w:val="B56A1A"/>
          <w:sz w:val="21"/>
        </w:rPr>
        <w:t xml:space="preserve"> → 2H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2</w:t>
      </w:r>
      <w:r>
        <w:rPr>
          <w:rFonts w:ascii="Yu Mincho" w:hAnsi="Yu Mincho" w:eastAsia="Yu Mincho"/>
          <w:b/>
          <w:color w:val="B56A1A"/>
          <w:sz w:val="21"/>
        </w:rPr>
        <w:t xml:space="preserve">O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電子1個がもつ電気量の絶対値e＝1.602×10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-19</w:t>
      </w:r>
      <w:r>
        <w:rPr>
          <w:rFonts w:ascii="Yu Mincho" w:hAnsi="Yu Mincho" w:eastAsia="Yu Mincho"/>
          <w:b w:val="0"/>
          <w:color w:val="1A1A1A"/>
          <w:sz w:val="21"/>
        </w:rPr>
        <w:t xml:space="preserve">Cを</w:t>
      </w:r>
      <w:r>
        <w:rPr>
          <w:rFonts w:ascii="Yu Mincho" w:hAnsi="Yu Mincho" w:eastAsia="Yu Mincho"/>
          <w:b/>
          <w:color w:val="B56A1A"/>
          <w:sz w:val="21"/>
        </w:rPr>
        <w:t xml:space="preserve">電気素量</w:t>
      </w:r>
      <w:r>
        <w:rPr>
          <w:rFonts w:ascii="Yu Mincho" w:hAnsi="Yu Mincho" w:eastAsia="Yu Mincho"/>
          <w:b w:val="0"/>
          <w:color w:val="1A1A1A"/>
          <w:sz w:val="21"/>
        </w:rPr>
        <w:t xml:space="preserve">という。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バナジウムイオンの酸化還元を利用し、電解液をタンクから循環させて充放電する二次電池を何というか → </w:t>
      </w:r>
      <w:r>
        <w:rPr>
          <w:rFonts w:ascii="Yu Mincho" w:hAnsi="Yu Mincho" w:eastAsia="Yu Mincho"/>
          <w:b/>
          <w:color w:val="B56A1A"/>
          <w:sz w:val="21"/>
        </w:rPr>
        <w:t xml:space="preserve">レドックスフロー電池</w:t>
      </w:r>
    </w:p>
    <w:p>
      <w:pPr>
        <w:spacing w:before="20" w:after="40" w:line="348" w:lineRule="auto"/>
        <w:ind w:left="283"/>
      </w:pPr>
      <w:r>
        <w:rPr>
          <w:rFonts w:ascii="Yu Gothic" w:hAnsi="Yu Gothic" w:eastAsia="Yu Gothic"/>
          <w:b w:val="0"/>
          <w:color w:val="1E3A5F"/>
          <w:sz w:val="21"/>
        </w:rPr>
        <w:t>・</w:t>
      </w:r>
      <w:r>
        <w:rPr>
          <w:rFonts w:ascii="Yu Mincho" w:hAnsi="Yu Mincho" w:eastAsia="Yu Mincho"/>
          <w:b w:val="0"/>
          <w:color w:val="1A1A1A"/>
          <w:sz w:val="21"/>
        </w:rPr>
        <w:t xml:space="preserve">ダニエル電池で、負極側と正極側に用いる2つの電解液（電解質水溶液） → </w:t>
      </w:r>
      <w:r>
        <w:rPr>
          <w:rFonts w:ascii="Yu Mincho" w:hAnsi="Yu Mincho" w:eastAsia="Yu Mincho"/>
          <w:b/>
          <w:color w:val="B56A1A"/>
          <w:sz w:val="21"/>
        </w:rPr>
        <w:t xml:space="preserve">負極側は硫酸亜鉛 ZnSO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 水溶液、正極側は硫酸銅(II) CuSO</w:t>
      </w:r>
      <w:r>
        <w:rPr>
          <w:rFonts w:ascii="Yu Mincho" w:hAnsi="Yu Mincho" w:eastAsia="Yu Mincho"/>
          <w:b/>
          <w:color w:val="B56A1A"/>
          <w:sz w:val="21"/>
          <w:vertAlign w:val="subscript"/>
        </w:rPr>
        <w:t xml:space="preserve">4</w:t>
      </w:r>
      <w:r>
        <w:rPr>
          <w:rFonts w:ascii="Yu Mincho" w:hAnsi="Yu Mincho" w:eastAsia="Yu Mincho"/>
          <w:b/>
          <w:color w:val="B56A1A"/>
          <w:sz w:val="21"/>
        </w:rPr>
        <w:t xml:space="preserve"> 水溶液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020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Yu Gothic" w:hAnsi="Yu Gothic" w:eastAsia="Yu Gothic"/>
        <w:b w:val="0"/>
        <w:color w:val="666666"/>
        <w:sz w:val="16"/>
      </w:rPr>
      <w:t>電池　暗記シート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865" w:val="right"/>
      </w:tabs>
      <w:spacing w:after="40"/>
      <w:pBdr>
        <w:bottom w:val="single" w:sz="4" w:space="4" w:color="1E3A5F"/>
      </w:pBdr>
    </w:pPr>
    <w:r>
      <w:rPr>
        <w:rFonts w:ascii="Yu Gothic" w:hAnsi="Yu Gothic" w:eastAsia="Yu Gothic"/>
        <w:b w:val="0"/>
        <w:color w:val="1A1A1A"/>
        <w:sz w:val="18"/>
      </w:rPr>
      <w:t>理論化学</w:t>
    </w:r>
    <w:r>
      <w:rPr>
        <w:rFonts w:ascii="Yu Gothic" w:hAnsi="Yu Gothic" w:eastAsia="Yu Gothic"/>
        <w:b/>
        <w:color w:val="1E3A5F"/>
        <w:sz w:val="18"/>
      </w:rPr>
      <w:tab/>
      <w:t>暗記シート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